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91"/>
          <w:sz w:val="36"/>
        </w:rPr>
        <w:t>Monthly Budget Template</w:t>
      </w:r>
    </w:p>
    <w:p>
      <w:pPr>
        <w:spacing w:before="200"/>
      </w:pPr>
      <w:r>
        <w:rPr>
          <w:b/>
          <w:sz w:val="26"/>
        </w:rPr>
        <w:t>Budget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Month</w:t>
            </w:r>
          </w:p>
        </w:tc>
        <w:tc>
          <w:tcPr>
            <w:tcW w:type="dxa" w:w="4320"/>
          </w:tcPr>
          <w:p>
            <w:r>
              <w:t>[month and year]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Budget for</w:t>
            </w:r>
          </w:p>
        </w:tc>
        <w:tc>
          <w:tcPr>
            <w:tcW w:type="dxa" w:w="4320"/>
          </w:tcPr>
          <w:p>
            <w:r>
              <w:t>[household or business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4320"/>
          </w:tcPr>
          <w:p>
            <w:r>
              <w:t>[name]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Starting balance, if used</w:t>
            </w:r>
          </w:p>
        </w:tc>
        <w:tc>
          <w:tcPr>
            <w:tcW w:type="dxa" w:w="4320"/>
          </w:tcPr>
          <w:p>
            <w:r>
              <w:t>[rand amount]</w:t>
            </w:r>
          </w:p>
        </w:tc>
      </w:tr>
    </w:tbl>
    <w:p/>
    <w:p>
      <w:r>
        <w:rPr>
          <w:i/>
          <w:sz w:val="19"/>
        </w:rPr>
        <w:t>Record all amounts in rand. Add or rename rows to fit your household or business.</w:t>
      </w:r>
    </w:p>
    <w:p>
      <w:pPr>
        <w:spacing w:before="200"/>
      </w:pPr>
      <w:r>
        <w:rPr>
          <w:b/>
          <w:sz w:val="26"/>
        </w:rPr>
        <w:t>Income</w:t>
      </w:r>
    </w:p>
    <w:p>
      <w:r>
        <w:t>List money expected during the month, then update the received column as money comes 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Income source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Expected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Received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Difference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728"/>
          </w:tcPr>
          <w:p>
            <w:r>
              <w:t>Wages or salary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[received amount]</w:t>
            </w:r>
          </w:p>
        </w:tc>
        <w:tc>
          <w:tcPr>
            <w:tcW w:type="dxa" w:w="1728"/>
          </w:tcPr>
          <w:p>
            <w:r>
              <w:t>[received less planned]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Business sales or work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[received amount]</w:t>
            </w:r>
          </w:p>
        </w:tc>
        <w:tc>
          <w:tcPr>
            <w:tcW w:type="dxa" w:w="1728"/>
          </w:tcPr>
          <w:p>
            <w:r>
              <w:t>[received less planned]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Support or other income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[received amount]</w:t>
            </w:r>
          </w:p>
        </w:tc>
        <w:tc>
          <w:tcPr>
            <w:tcW w:type="dxa" w:w="1728"/>
          </w:tcPr>
          <w:p>
            <w:r>
              <w:t>[received less planned]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Other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[received amount]</w:t>
            </w:r>
          </w:p>
        </w:tc>
        <w:tc>
          <w:tcPr>
            <w:tcW w:type="dxa" w:w="1728"/>
          </w:tcPr>
          <w:p>
            <w:r>
              <w:t>[received less planned]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Total income</w:t>
            </w:r>
          </w:p>
        </w:tc>
        <w:tc>
          <w:tcPr>
            <w:tcW w:type="dxa" w:w="1728"/>
          </w:tcPr>
          <w:p>
            <w:r>
              <w:t>[total planned]</w:t>
            </w:r>
          </w:p>
        </w:tc>
        <w:tc>
          <w:tcPr>
            <w:tcW w:type="dxa" w:w="1728"/>
          </w:tcPr>
          <w:p>
            <w:r>
              <w:t>[total received]</w:t>
            </w:r>
          </w:p>
        </w:tc>
        <w:tc>
          <w:tcPr>
            <w:tcW w:type="dxa" w:w="1728"/>
          </w:tcPr>
          <w:p>
            <w:r>
              <w:t>[total difference]</w:t>
            </w:r>
          </w:p>
        </w:tc>
        <w:tc>
          <w:tcPr>
            <w:tcW w:type="dxa" w:w="1728"/>
          </w:tcPr>
          <w:p>
            <w:r/>
          </w:p>
        </w:tc>
      </w:tr>
    </w:tbl>
    <w:p/>
    <w:p>
      <w:pPr>
        <w:spacing w:before="200"/>
      </w:pPr>
      <w:r>
        <w:rPr>
          <w:b/>
          <w:sz w:val="26"/>
        </w:rPr>
        <w:t>Fixed costs</w:t>
      </w:r>
    </w:p>
    <w:p>
      <w:r>
        <w:t>Include regular bills and payments that usually stay similar from month to month.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Cost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Planned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Actual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Difference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Due or payment notes</w:t>
            </w:r>
          </w:p>
        </w:tc>
      </w:tr>
      <w:tr>
        <w:tc>
          <w:tcPr>
            <w:tcW w:type="dxa" w:w="1728"/>
          </w:tcPr>
          <w:p>
            <w:r>
              <w:t>Rent or home loan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Municipal services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Insurance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Transport or vehicle payment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Phone or internet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Other regular cost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Total fixed costs</w:t>
            </w:r>
          </w:p>
        </w:tc>
        <w:tc>
          <w:tcPr>
            <w:tcW w:type="dxa" w:w="1728"/>
          </w:tcPr>
          <w:p>
            <w:r>
              <w:t>[total planned]</w:t>
            </w:r>
          </w:p>
        </w:tc>
        <w:tc>
          <w:tcPr>
            <w:tcW w:type="dxa" w:w="1728"/>
          </w:tcPr>
          <w:p>
            <w:r>
              <w:t>[total actual]</w:t>
            </w:r>
          </w:p>
        </w:tc>
        <w:tc>
          <w:tcPr>
            <w:tcW w:type="dxa" w:w="1728"/>
          </w:tcPr>
          <w:p>
            <w:r>
              <w:t>[total difference]</w:t>
            </w:r>
          </w:p>
        </w:tc>
        <w:tc>
          <w:tcPr>
            <w:tcW w:type="dxa" w:w="1728"/>
          </w:tcPr>
          <w:p>
            <w:r/>
          </w:p>
        </w:tc>
      </w:tr>
    </w:tbl>
    <w:p/>
    <w:p>
      <w:pPr>
        <w:spacing w:before="200"/>
      </w:pPr>
      <w:r>
        <w:rPr>
          <w:b/>
          <w:sz w:val="26"/>
        </w:rPr>
        <w:t>Variable costs</w:t>
      </w:r>
    </w:p>
    <w:p>
      <w:r>
        <w:t>Estimate flexible or changing costs. Add rows for costs specific to your home or business.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Cost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Planned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Actual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Difference (R)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728"/>
          </w:tcPr>
          <w:p>
            <w:r>
              <w:t>Groceries or supplies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Electricity or fuel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Travel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School, study or matric costs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Health and personal care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Repairs or business materials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Other</w:t>
            </w:r>
          </w:p>
        </w:tc>
        <w:tc>
          <w:tcPr>
            <w:tcW w:type="dxa" w:w="1728"/>
          </w:tcPr>
          <w:p>
            <w:r>
              <w:t>[planned amount]</w:t>
            </w:r>
          </w:p>
        </w:tc>
        <w:tc>
          <w:tcPr>
            <w:tcW w:type="dxa" w:w="1728"/>
          </w:tcPr>
          <w:p>
            <w:r>
              <w:t>[actual amount]</w:t>
            </w:r>
          </w:p>
        </w:tc>
        <w:tc>
          <w:tcPr>
            <w:tcW w:type="dxa" w:w="1728"/>
          </w:tcPr>
          <w:p>
            <w:r>
              <w:t>[planned less actual]</w:t>
            </w:r>
          </w:p>
        </w:tc>
        <w:tc>
          <w:tcPr>
            <w:tcW w:type="dxa" w:w="1728"/>
          </w:tcPr>
          <w:p>
            <w:r>
              <w:t>[notes]</w:t>
            </w:r>
          </w:p>
        </w:tc>
      </w:tr>
      <w:tr>
        <w:tc>
          <w:tcPr>
            <w:tcW w:type="dxa" w:w="1728"/>
          </w:tcPr>
          <w:p>
            <w:r>
              <w:t>Total variable costs</w:t>
            </w:r>
          </w:p>
        </w:tc>
        <w:tc>
          <w:tcPr>
            <w:tcW w:type="dxa" w:w="1728"/>
          </w:tcPr>
          <w:p>
            <w:r>
              <w:t>[total planned]</w:t>
            </w:r>
          </w:p>
        </w:tc>
        <w:tc>
          <w:tcPr>
            <w:tcW w:type="dxa" w:w="1728"/>
          </w:tcPr>
          <w:p>
            <w:r>
              <w:t>[total actual]</w:t>
            </w:r>
          </w:p>
        </w:tc>
        <w:tc>
          <w:tcPr>
            <w:tcW w:type="dxa" w:w="1728"/>
          </w:tcPr>
          <w:p>
            <w:r>
              <w:t>[total difference]</w:t>
            </w:r>
          </w:p>
        </w:tc>
        <w:tc>
          <w:tcPr>
            <w:tcW w:type="dxa" w:w="1728"/>
          </w:tcPr>
          <w:p>
            <w:r/>
          </w:p>
        </w:tc>
      </w:tr>
    </w:tbl>
    <w:p/>
    <w:p>
      <w:pPr>
        <w:spacing w:before="200"/>
      </w:pPr>
      <w:r>
        <w:rPr>
          <w:b/>
          <w:sz w:val="26"/>
        </w:rPr>
        <w:t>Savings and debt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Planned (R)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Actual (R)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160"/>
          </w:tcPr>
          <w:p>
            <w:r>
              <w:t>Emergency savings</w:t>
            </w:r>
          </w:p>
        </w:tc>
        <w:tc>
          <w:tcPr>
            <w:tcW w:type="dxa" w:w="2160"/>
          </w:tcPr>
          <w:p>
            <w:r>
              <w:t>[planned amount]</w:t>
            </w:r>
          </w:p>
        </w:tc>
        <w:tc>
          <w:tcPr>
            <w:tcW w:type="dxa" w:w="2160"/>
          </w:tcPr>
          <w:p>
            <w:r>
              <w:t>[actual amount]</w:t>
            </w:r>
          </w:p>
        </w:tc>
        <w:tc>
          <w:tcPr>
            <w:tcW w:type="dxa" w:w="2160"/>
          </w:tcPr>
          <w:p>
            <w:r>
              <w:t>[notes]</w:t>
            </w:r>
          </w:p>
        </w:tc>
      </w:tr>
      <w:tr>
        <w:tc>
          <w:tcPr>
            <w:tcW w:type="dxa" w:w="2160"/>
          </w:tcPr>
          <w:p>
            <w:r>
              <w:t>Stokvel contribution</w:t>
            </w:r>
          </w:p>
        </w:tc>
        <w:tc>
          <w:tcPr>
            <w:tcW w:type="dxa" w:w="2160"/>
          </w:tcPr>
          <w:p>
            <w:r>
              <w:t>[planned amount]</w:t>
            </w:r>
          </w:p>
        </w:tc>
        <w:tc>
          <w:tcPr>
            <w:tcW w:type="dxa" w:w="2160"/>
          </w:tcPr>
          <w:p>
            <w:r>
              <w:t>[actual amount]</w:t>
            </w:r>
          </w:p>
        </w:tc>
        <w:tc>
          <w:tcPr>
            <w:tcW w:type="dxa" w:w="2160"/>
          </w:tcPr>
          <w:p>
            <w:r>
              <w:t>[notes]</w:t>
            </w:r>
          </w:p>
        </w:tc>
      </w:tr>
      <w:tr>
        <w:tc>
          <w:tcPr>
            <w:tcW w:type="dxa" w:w="2160"/>
          </w:tcPr>
          <w:p>
            <w:r>
              <w:t>Other savings</w:t>
            </w:r>
          </w:p>
        </w:tc>
        <w:tc>
          <w:tcPr>
            <w:tcW w:type="dxa" w:w="2160"/>
          </w:tcPr>
          <w:p>
            <w:r>
              <w:t>[planned amount]</w:t>
            </w:r>
          </w:p>
        </w:tc>
        <w:tc>
          <w:tcPr>
            <w:tcW w:type="dxa" w:w="2160"/>
          </w:tcPr>
          <w:p>
            <w:r>
              <w:t>[actual amount]</w:t>
            </w:r>
          </w:p>
        </w:tc>
        <w:tc>
          <w:tcPr>
            <w:tcW w:type="dxa" w:w="2160"/>
          </w:tcPr>
          <w:p>
            <w:r>
              <w:t>[notes]</w:t>
            </w:r>
          </w:p>
        </w:tc>
      </w:tr>
      <w:tr>
        <w:tc>
          <w:tcPr>
            <w:tcW w:type="dxa" w:w="2160"/>
          </w:tcPr>
          <w:p>
            <w:r>
              <w:t>Loan repayment</w:t>
            </w:r>
          </w:p>
        </w:tc>
        <w:tc>
          <w:tcPr>
            <w:tcW w:type="dxa" w:w="2160"/>
          </w:tcPr>
          <w:p>
            <w:r>
              <w:t>[planned amount]</w:t>
            </w:r>
          </w:p>
        </w:tc>
        <w:tc>
          <w:tcPr>
            <w:tcW w:type="dxa" w:w="2160"/>
          </w:tcPr>
          <w:p>
            <w:r>
              <w:t>[actual amount]</w:t>
            </w:r>
          </w:p>
        </w:tc>
        <w:tc>
          <w:tcPr>
            <w:tcW w:type="dxa" w:w="2160"/>
          </w:tcPr>
          <w:p>
            <w:r>
              <w:t>[notes]</w:t>
            </w:r>
          </w:p>
        </w:tc>
      </w:tr>
      <w:tr>
        <w:tc>
          <w:tcPr>
            <w:tcW w:type="dxa" w:w="2160"/>
          </w:tcPr>
          <w:p>
            <w:r>
              <w:t>Store or credit account repayment</w:t>
            </w:r>
          </w:p>
        </w:tc>
        <w:tc>
          <w:tcPr>
            <w:tcW w:type="dxa" w:w="2160"/>
          </w:tcPr>
          <w:p>
            <w:r>
              <w:t>[planned amount]</w:t>
            </w:r>
          </w:p>
        </w:tc>
        <w:tc>
          <w:tcPr>
            <w:tcW w:type="dxa" w:w="2160"/>
          </w:tcPr>
          <w:p>
            <w:r>
              <w:t>[actual amount]</w:t>
            </w:r>
          </w:p>
        </w:tc>
        <w:tc>
          <w:tcPr>
            <w:tcW w:type="dxa" w:w="2160"/>
          </w:tcPr>
          <w:p>
            <w:r>
              <w:t>[notes]</w:t>
            </w:r>
          </w:p>
        </w:tc>
      </w:tr>
      <w:tr>
        <w:tc>
          <w:tcPr>
            <w:tcW w:type="dxa" w:w="2160"/>
          </w:tcPr>
          <w:p>
            <w:r>
              <w:t>Other debt payment</w:t>
            </w:r>
          </w:p>
        </w:tc>
        <w:tc>
          <w:tcPr>
            <w:tcW w:type="dxa" w:w="2160"/>
          </w:tcPr>
          <w:p>
            <w:r>
              <w:t>[planned amount]</w:t>
            </w:r>
          </w:p>
        </w:tc>
        <w:tc>
          <w:tcPr>
            <w:tcW w:type="dxa" w:w="2160"/>
          </w:tcPr>
          <w:p>
            <w:r>
              <w:t>[actual amount]</w:t>
            </w:r>
          </w:p>
        </w:tc>
        <w:tc>
          <w:tcPr>
            <w:tcW w:type="dxa" w:w="2160"/>
          </w:tcPr>
          <w:p>
            <w:r>
              <w:t>[notes]</w:t>
            </w:r>
          </w:p>
        </w:tc>
      </w:tr>
      <w:tr>
        <w:tc>
          <w:tcPr>
            <w:tcW w:type="dxa" w:w="2160"/>
          </w:tcPr>
          <w:p>
            <w:r>
              <w:t>Total savings</w:t>
            </w:r>
          </w:p>
        </w:tc>
        <w:tc>
          <w:tcPr>
            <w:tcW w:type="dxa" w:w="2160"/>
          </w:tcPr>
          <w:p>
            <w:r>
              <w:t>[total planned]</w:t>
            </w:r>
          </w:p>
        </w:tc>
        <w:tc>
          <w:tcPr>
            <w:tcW w:type="dxa" w:w="2160"/>
          </w:tcPr>
          <w:p>
            <w:r>
              <w:t>[total actual]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Total debt payments</w:t>
            </w:r>
          </w:p>
        </w:tc>
        <w:tc>
          <w:tcPr>
            <w:tcW w:type="dxa" w:w="2160"/>
          </w:tcPr>
          <w:p>
            <w:r>
              <w:t>[total planned]</w:t>
            </w:r>
          </w:p>
        </w:tc>
        <w:tc>
          <w:tcPr>
            <w:tcW w:type="dxa" w:w="2160"/>
          </w:tcPr>
          <w:p>
            <w:r>
              <w:t>[total actual]</w:t>
            </w:r>
          </w:p>
        </w:tc>
        <w:tc>
          <w:tcPr>
            <w:tcW w:type="dxa" w:w="2160"/>
          </w:tcPr>
          <w:p>
            <w:r/>
          </w:p>
        </w:tc>
      </w:tr>
    </w:tbl>
    <w:p/>
    <w:p>
      <w:pPr>
        <w:spacing w:before="200"/>
      </w:pPr>
      <w:r>
        <w:rPr>
          <w:b/>
          <w:sz w:val="26"/>
        </w:rPr>
        <w:t>Monthly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Summary item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Planned (R)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Actual (R)</w:t>
            </w:r>
          </w:p>
        </w:tc>
      </w:tr>
      <w:tr>
        <w:tc>
          <w:tcPr>
            <w:tcW w:type="dxa" w:w="2880"/>
          </w:tcPr>
          <w:p>
            <w:r>
              <w:t>Total income</w:t>
            </w:r>
          </w:p>
        </w:tc>
        <w:tc>
          <w:tcPr>
            <w:tcW w:type="dxa" w:w="2880"/>
          </w:tcPr>
          <w:p>
            <w:r>
              <w:t>[planned total]</w:t>
            </w:r>
          </w:p>
        </w:tc>
        <w:tc>
          <w:tcPr>
            <w:tcW w:type="dxa" w:w="2880"/>
          </w:tcPr>
          <w:p>
            <w:r>
              <w:t>[received total]</w:t>
            </w:r>
          </w:p>
        </w:tc>
      </w:tr>
      <w:tr>
        <w:tc>
          <w:tcPr>
            <w:tcW w:type="dxa" w:w="2880"/>
          </w:tcPr>
          <w:p>
            <w:r>
              <w:t>Fixed costs</w:t>
            </w:r>
          </w:p>
        </w:tc>
        <w:tc>
          <w:tcPr>
            <w:tcW w:type="dxa" w:w="2880"/>
          </w:tcPr>
          <w:p>
            <w:r>
              <w:t>[planned total]</w:t>
            </w:r>
          </w:p>
        </w:tc>
        <w:tc>
          <w:tcPr>
            <w:tcW w:type="dxa" w:w="2880"/>
          </w:tcPr>
          <w:p>
            <w:r>
              <w:t>[actual total]</w:t>
            </w:r>
          </w:p>
        </w:tc>
      </w:tr>
      <w:tr>
        <w:tc>
          <w:tcPr>
            <w:tcW w:type="dxa" w:w="2880"/>
          </w:tcPr>
          <w:p>
            <w:r>
              <w:t>Variable costs</w:t>
            </w:r>
          </w:p>
        </w:tc>
        <w:tc>
          <w:tcPr>
            <w:tcW w:type="dxa" w:w="2880"/>
          </w:tcPr>
          <w:p>
            <w:r>
              <w:t>[planned total]</w:t>
            </w:r>
          </w:p>
        </w:tc>
        <w:tc>
          <w:tcPr>
            <w:tcW w:type="dxa" w:w="2880"/>
          </w:tcPr>
          <w:p>
            <w:r>
              <w:t>[actual total]</w:t>
            </w:r>
          </w:p>
        </w:tc>
      </w:tr>
      <w:tr>
        <w:tc>
          <w:tcPr>
            <w:tcW w:type="dxa" w:w="2880"/>
          </w:tcPr>
          <w:p>
            <w:r>
              <w:t>Savings</w:t>
            </w:r>
          </w:p>
        </w:tc>
        <w:tc>
          <w:tcPr>
            <w:tcW w:type="dxa" w:w="2880"/>
          </w:tcPr>
          <w:p>
            <w:r>
              <w:t>[planned total]</w:t>
            </w:r>
          </w:p>
        </w:tc>
        <w:tc>
          <w:tcPr>
            <w:tcW w:type="dxa" w:w="2880"/>
          </w:tcPr>
          <w:p>
            <w:r>
              <w:t>[actual total]</w:t>
            </w:r>
          </w:p>
        </w:tc>
      </w:tr>
      <w:tr>
        <w:tc>
          <w:tcPr>
            <w:tcW w:type="dxa" w:w="2880"/>
          </w:tcPr>
          <w:p>
            <w:r>
              <w:t>Debt payments</w:t>
            </w:r>
          </w:p>
        </w:tc>
        <w:tc>
          <w:tcPr>
            <w:tcW w:type="dxa" w:w="2880"/>
          </w:tcPr>
          <w:p>
            <w:r>
              <w:t>[planned total]</w:t>
            </w:r>
          </w:p>
        </w:tc>
        <w:tc>
          <w:tcPr>
            <w:tcW w:type="dxa" w:w="2880"/>
          </w:tcPr>
          <w:p>
            <w:r>
              <w:t>[actual total]</w:t>
            </w:r>
          </w:p>
        </w:tc>
      </w:tr>
      <w:tr>
        <w:tc>
          <w:tcPr>
            <w:tcW w:type="dxa" w:w="2880"/>
          </w:tcPr>
          <w:p>
            <w:r>
              <w:t>Money left</w:t>
            </w:r>
          </w:p>
        </w:tc>
        <w:tc>
          <w:tcPr>
            <w:tcW w:type="dxa" w:w="2880"/>
          </w:tcPr>
          <w:p>
            <w:r>
              <w:t>[planned balance]</w:t>
            </w:r>
          </w:p>
        </w:tc>
        <w:tc>
          <w:tcPr>
            <w:tcW w:type="dxa" w:w="2880"/>
          </w:tcPr>
          <w:p>
            <w:r>
              <w:t>[actual balance]</w:t>
            </w:r>
          </w:p>
        </w:tc>
      </w:tr>
    </w:tbl>
    <w:p/>
    <w:p>
      <w:r>
        <w:rPr>
          <w:i/>
          <w:sz w:val="19"/>
        </w:rPr>
        <w:t>To work out money left, subtract costs, savings and debt payments from income. Record a negative balance when outgoings are higher than income.</w:t>
      </w:r>
    </w:p>
    <w:p>
      <w:pPr>
        <w:spacing w:before="200"/>
      </w:pPr>
      <w:r>
        <w:rPr>
          <w:b/>
          <w:sz w:val="26"/>
        </w:rPr>
        <w:t>Review and next month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What changed this month?</w:t>
            </w:r>
          </w:p>
        </w:tc>
        <w:tc>
          <w:tcPr>
            <w:tcW w:type="dxa" w:w="4320"/>
          </w:tcPr>
          <w:p>
            <w:r>
              <w:t>[notes]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What should change in the next budget?</w:t>
            </w:r>
          </w:p>
        </w:tc>
        <w:tc>
          <w:tcPr>
            <w:tcW w:type="dxa" w:w="4320"/>
          </w:tcPr>
          <w:p>
            <w:r>
              <w:t>[notes]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4320"/>
          </w:tcPr>
          <w:p>
            <w:r>
              <w:t>[name]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Reviewed with, if applicable</w:t>
            </w:r>
          </w:p>
        </w:tc>
        <w:tc>
          <w:tcPr>
            <w:tcW w:type="dxa" w:w="4320"/>
          </w:tcPr>
          <w:p>
            <w:r>
              <w:t>[name]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template from GovNet (govnet.co.za). Check it fits your situation before you use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