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3D91"/>
          <w:sz w:val="36"/>
        </w:rPr>
        <w:t>Small business plan</w:t>
      </w:r>
    </w:p>
    <w:p>
      <w:r>
        <w:rPr>
          <w:i/>
          <w:sz w:val="19"/>
        </w:rPr>
        <w:t>Complete each bracketed prompt and replace examples with details that fit your business. Use rand for financial figures. Review the plan when your assumptions or business details change.</w:t>
      </w:r>
    </w:p>
    <w:p>
      <w:pPr>
        <w:spacing w:before="200"/>
      </w:pPr>
      <w:r>
        <w:rPr>
          <w:b/>
          <w:sz w:val="26"/>
        </w:rPr>
        <w:t>Business details</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Business name</w:t>
            </w:r>
          </w:p>
        </w:tc>
        <w:tc>
          <w:tcPr>
            <w:tcW w:type="dxa" w:w="4320"/>
          </w:tcPr>
          <w:p>
            <w:r>
              <w:t>[Business name]</w:t>
            </w:r>
          </w:p>
        </w:tc>
      </w:tr>
      <w:tr>
        <w:tc>
          <w:tcPr>
            <w:tcW w:type="dxa" w:w="4320"/>
            <w:shd w:val="clear" w:color="auto" w:fill="E7EEF7"/>
          </w:tcPr>
          <w:p>
            <w:r>
              <w:rPr>
                <w:b/>
              </w:rPr>
              <w:t>Trading name, if different</w:t>
            </w:r>
          </w:p>
        </w:tc>
        <w:tc>
          <w:tcPr>
            <w:tcW w:type="dxa" w:w="4320"/>
          </w:tcPr>
          <w:p>
            <w:r>
              <w:t>[Trading name or not applicable]</w:t>
            </w:r>
          </w:p>
        </w:tc>
      </w:tr>
      <w:tr>
        <w:tc>
          <w:tcPr>
            <w:tcW w:type="dxa" w:w="4320"/>
            <w:shd w:val="clear" w:color="auto" w:fill="E7EEF7"/>
          </w:tcPr>
          <w:p>
            <w:r>
              <w:rPr>
                <w:b/>
              </w:rPr>
              <w:t>Business address</w:t>
            </w:r>
          </w:p>
        </w:tc>
        <w:tc>
          <w:tcPr>
            <w:tcW w:type="dxa" w:w="4320"/>
          </w:tcPr>
          <w:p>
            <w:r>
              <w:t>[Street, suburb, town and province]</w:t>
            </w:r>
          </w:p>
        </w:tc>
      </w:tr>
      <w:tr>
        <w:tc>
          <w:tcPr>
            <w:tcW w:type="dxa" w:w="4320"/>
            <w:shd w:val="clear" w:color="auto" w:fill="E7EEF7"/>
          </w:tcPr>
          <w:p>
            <w:r>
              <w:rPr>
                <w:b/>
              </w:rPr>
              <w:t>Owner or contact person</w:t>
            </w:r>
          </w:p>
        </w:tc>
        <w:tc>
          <w:tcPr>
            <w:tcW w:type="dxa" w:w="4320"/>
          </w:tcPr>
          <w:p>
            <w:r>
              <w:t>[Full name]</w:t>
            </w:r>
          </w:p>
        </w:tc>
      </w:tr>
      <w:tr>
        <w:tc>
          <w:tcPr>
            <w:tcW w:type="dxa" w:w="4320"/>
            <w:shd w:val="clear" w:color="auto" w:fill="E7EEF7"/>
          </w:tcPr>
          <w:p>
            <w:r>
              <w:rPr>
                <w:b/>
              </w:rPr>
              <w:t>Contact details</w:t>
            </w:r>
          </w:p>
        </w:tc>
        <w:tc>
          <w:tcPr>
            <w:tcW w:type="dxa" w:w="4320"/>
          </w:tcPr>
          <w:p>
            <w:r>
              <w:t>[Telephone and email]</w:t>
            </w:r>
          </w:p>
        </w:tc>
      </w:tr>
      <w:tr>
        <w:tc>
          <w:tcPr>
            <w:tcW w:type="dxa" w:w="4320"/>
            <w:shd w:val="clear" w:color="auto" w:fill="E7EEF7"/>
          </w:tcPr>
          <w:p>
            <w:r>
              <w:rPr>
                <w:b/>
              </w:rPr>
              <w:t>Prepared for</w:t>
            </w:r>
          </w:p>
        </w:tc>
        <w:tc>
          <w:tcPr>
            <w:tcW w:type="dxa" w:w="4320"/>
          </w:tcPr>
          <w:p>
            <w:r>
              <w:t>[Bank, funder or own planning]</w:t>
            </w:r>
          </w:p>
        </w:tc>
      </w:tr>
      <w:tr>
        <w:tc>
          <w:tcPr>
            <w:tcW w:type="dxa" w:w="4320"/>
            <w:shd w:val="clear" w:color="auto" w:fill="E7EEF7"/>
          </w:tcPr>
          <w:p>
            <w:r>
              <w:rPr>
                <w:b/>
              </w:rPr>
              <w:t>Plan prepared on</w:t>
            </w:r>
          </w:p>
        </w:tc>
        <w:tc>
          <w:tcPr>
            <w:tcW w:type="dxa" w:w="4320"/>
          </w:tcPr>
          <w:p>
            <w:r>
              <w:t>[Date]</w:t>
            </w:r>
          </w:p>
        </w:tc>
      </w:tr>
      <w:tr>
        <w:tc>
          <w:tcPr>
            <w:tcW w:type="dxa" w:w="4320"/>
            <w:shd w:val="clear" w:color="auto" w:fill="E7EEF7"/>
          </w:tcPr>
          <w:p>
            <w:r>
              <w:rPr>
                <w:b/>
              </w:rPr>
              <w:t>Plan period</w:t>
            </w:r>
          </w:p>
        </w:tc>
        <w:tc>
          <w:tcPr>
            <w:tcW w:type="dxa" w:w="4320"/>
          </w:tcPr>
          <w:p>
            <w:r>
              <w:t>[Start date to end date]</w:t>
            </w:r>
          </w:p>
        </w:tc>
      </w:tr>
    </w:tbl>
    <w:p/>
    <w:p>
      <w:pPr>
        <w:spacing w:before="200"/>
      </w:pPr>
      <w:r>
        <w:rPr>
          <w:b/>
          <w:sz w:val="26"/>
        </w:rPr>
        <w:t>Executive summary</w:t>
      </w:r>
    </w:p>
    <w:p>
      <w:r>
        <w:t>Complete this section after the rest of the plan. Summarise the business, its customers, what it sells and how it will earn income.</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Business at a glance</w:t>
            </w:r>
          </w:p>
        </w:tc>
        <w:tc>
          <w:tcPr>
            <w:tcW w:type="dxa" w:w="4320"/>
          </w:tcPr>
          <w:p>
            <w:r>
              <w:t>[Brief description of the business]</w:t>
            </w:r>
          </w:p>
        </w:tc>
      </w:tr>
      <w:tr>
        <w:tc>
          <w:tcPr>
            <w:tcW w:type="dxa" w:w="4320"/>
            <w:shd w:val="clear" w:color="auto" w:fill="E7EEF7"/>
          </w:tcPr>
          <w:p>
            <w:r>
              <w:rPr>
                <w:b/>
              </w:rPr>
              <w:t>Customer need</w:t>
            </w:r>
          </w:p>
        </w:tc>
        <w:tc>
          <w:tcPr>
            <w:tcW w:type="dxa" w:w="4320"/>
          </w:tcPr>
          <w:p>
            <w:r>
              <w:t>[Need or problem your business will address]</w:t>
            </w:r>
          </w:p>
        </w:tc>
      </w:tr>
      <w:tr>
        <w:tc>
          <w:tcPr>
            <w:tcW w:type="dxa" w:w="4320"/>
            <w:shd w:val="clear" w:color="auto" w:fill="E7EEF7"/>
          </w:tcPr>
          <w:p>
            <w:r>
              <w:rPr>
                <w:b/>
              </w:rPr>
              <w:t>Products or services</w:t>
            </w:r>
          </w:p>
        </w:tc>
        <w:tc>
          <w:tcPr>
            <w:tcW w:type="dxa" w:w="4320"/>
          </w:tcPr>
          <w:p>
            <w:r>
              <w:t>[Main products or services]</w:t>
            </w:r>
          </w:p>
        </w:tc>
      </w:tr>
      <w:tr>
        <w:tc>
          <w:tcPr>
            <w:tcW w:type="dxa" w:w="4320"/>
            <w:shd w:val="clear" w:color="auto" w:fill="E7EEF7"/>
          </w:tcPr>
          <w:p>
            <w:r>
              <w:rPr>
                <w:b/>
              </w:rPr>
              <w:t>Business goals</w:t>
            </w:r>
          </w:p>
        </w:tc>
        <w:tc>
          <w:tcPr>
            <w:tcW w:type="dxa" w:w="4320"/>
          </w:tcPr>
          <w:p>
            <w:r>
              <w:t>[What you aim to achieve during the plan period]</w:t>
            </w:r>
          </w:p>
        </w:tc>
      </w:tr>
      <w:tr>
        <w:tc>
          <w:tcPr>
            <w:tcW w:type="dxa" w:w="4320"/>
            <w:shd w:val="clear" w:color="auto" w:fill="E7EEF7"/>
          </w:tcPr>
          <w:p>
            <w:r>
              <w:rPr>
                <w:b/>
              </w:rPr>
              <w:t>Funding sought, if applicable</w:t>
            </w:r>
          </w:p>
        </w:tc>
        <w:tc>
          <w:tcPr>
            <w:tcW w:type="dxa" w:w="4320"/>
          </w:tcPr>
          <w:p>
            <w:r>
              <w:t>[Amount in rand and purpose, or not applicable]</w:t>
            </w:r>
          </w:p>
        </w:tc>
      </w:tr>
    </w:tbl>
    <w:p/>
    <w:p>
      <w:pPr>
        <w:spacing w:before="200"/>
      </w:pPr>
      <w:r>
        <w:rPr>
          <w:b/>
          <w:sz w:val="26"/>
        </w:rPr>
        <w:t>Business and offer</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Business structure</w:t>
            </w:r>
          </w:p>
        </w:tc>
        <w:tc>
          <w:tcPr>
            <w:tcW w:type="dxa" w:w="4320"/>
          </w:tcPr>
          <w:p>
            <w:r>
              <w:t>[Sole trader, partnership, company or other]</w:t>
            </w:r>
          </w:p>
        </w:tc>
      </w:tr>
      <w:tr>
        <w:tc>
          <w:tcPr>
            <w:tcW w:type="dxa" w:w="4320"/>
            <w:shd w:val="clear" w:color="auto" w:fill="E7EEF7"/>
          </w:tcPr>
          <w:p>
            <w:r>
              <w:rPr>
                <w:b/>
              </w:rPr>
              <w:t>Business stage</w:t>
            </w:r>
          </w:p>
        </w:tc>
        <w:tc>
          <w:tcPr>
            <w:tcW w:type="dxa" w:w="4320"/>
          </w:tcPr>
          <w:p>
            <w:r>
              <w:t>[Idea, start-up or trading business]</w:t>
            </w:r>
          </w:p>
        </w:tc>
      </w:tr>
      <w:tr>
        <w:tc>
          <w:tcPr>
            <w:tcW w:type="dxa" w:w="4320"/>
            <w:shd w:val="clear" w:color="auto" w:fill="E7EEF7"/>
          </w:tcPr>
          <w:p>
            <w:r>
              <w:rPr>
                <w:b/>
              </w:rPr>
              <w:t>What makes the offer useful</w:t>
            </w:r>
          </w:p>
        </w:tc>
        <w:tc>
          <w:tcPr>
            <w:tcW w:type="dxa" w:w="4320"/>
          </w:tcPr>
          <w:p>
            <w:r>
              <w:t>[Main benefit to customers]</w:t>
            </w:r>
          </w:p>
        </w:tc>
      </w:tr>
      <w:tr>
        <w:tc>
          <w:tcPr>
            <w:tcW w:type="dxa" w:w="4320"/>
            <w:shd w:val="clear" w:color="auto" w:fill="E7EEF7"/>
          </w:tcPr>
          <w:p>
            <w:r>
              <w:rPr>
                <w:b/>
              </w:rPr>
              <w:t>Where and how customers will buy</w:t>
            </w:r>
          </w:p>
        </w:tc>
        <w:tc>
          <w:tcPr>
            <w:tcW w:type="dxa" w:w="4320"/>
          </w:tcPr>
          <w:p>
            <w:r>
              <w:t>[Shop, online, market, delivery or other channel]</w:t>
            </w:r>
          </w:p>
        </w:tc>
      </w:tr>
    </w:tbl>
    <w:p/>
    <w:p>
      <w:pPr>
        <w:spacing w:before="200"/>
      </w:pPr>
      <w:r>
        <w:rPr>
          <w:b/>
          <w:sz w:val="26"/>
        </w:rPr>
        <w:t>Market and customers</w:t>
      </w:r>
    </w:p>
    <w:p>
      <w:r>
        <w:t>Describe the people or organisations most likely to buy from you. Use what you have observed or confirmed through customer conversations.</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Target customers</w:t>
            </w:r>
          </w:p>
        </w:tc>
        <w:tc>
          <w:tcPr>
            <w:tcW w:type="dxa" w:w="4320"/>
          </w:tcPr>
          <w:p>
            <w:r>
              <w:t>[Describe the customers you want to reach]</w:t>
            </w:r>
          </w:p>
        </w:tc>
      </w:tr>
      <w:tr>
        <w:tc>
          <w:tcPr>
            <w:tcW w:type="dxa" w:w="4320"/>
            <w:shd w:val="clear" w:color="auto" w:fill="E7EEF7"/>
          </w:tcPr>
          <w:p>
            <w:r>
              <w:rPr>
                <w:b/>
              </w:rPr>
              <w:t>Customer location</w:t>
            </w:r>
          </w:p>
        </w:tc>
        <w:tc>
          <w:tcPr>
            <w:tcW w:type="dxa" w:w="4320"/>
          </w:tcPr>
          <w:p>
            <w:r>
              <w:t>[Area, town, province or online market]</w:t>
            </w:r>
          </w:p>
        </w:tc>
      </w:tr>
      <w:tr>
        <w:tc>
          <w:tcPr>
            <w:tcW w:type="dxa" w:w="4320"/>
            <w:shd w:val="clear" w:color="auto" w:fill="E7EEF7"/>
          </w:tcPr>
          <w:p>
            <w:r>
              <w:rPr>
                <w:b/>
              </w:rPr>
              <w:t>Customer needs and buying habits</w:t>
            </w:r>
          </w:p>
        </w:tc>
        <w:tc>
          <w:tcPr>
            <w:tcW w:type="dxa" w:w="4320"/>
          </w:tcPr>
          <w:p>
            <w:r>
              <w:t>[What customers need and how they choose suppliers]</w:t>
            </w:r>
          </w:p>
        </w:tc>
      </w:tr>
      <w:tr>
        <w:tc>
          <w:tcPr>
            <w:tcW w:type="dxa" w:w="4320"/>
            <w:shd w:val="clear" w:color="auto" w:fill="E7EEF7"/>
          </w:tcPr>
          <w:p>
            <w:r>
              <w:rPr>
                <w:b/>
              </w:rPr>
              <w:t>Evidence of demand</w:t>
            </w:r>
          </w:p>
        </w:tc>
        <w:tc>
          <w:tcPr>
            <w:tcW w:type="dxa" w:w="4320"/>
          </w:tcPr>
          <w:p>
            <w:r>
              <w:t>[Enquiries, orders, interviews or other evidence]</w:t>
            </w:r>
          </w:p>
        </w:tc>
      </w:tr>
    </w:tbl>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Competitor or alternative</w:t>
            </w:r>
          </w:p>
        </w:tc>
        <w:tc>
          <w:tcPr>
            <w:tcW w:type="dxa" w:w="2160"/>
            <w:shd w:val="clear" w:color="auto" w:fill="E7EEF7"/>
          </w:tcPr>
          <w:p>
            <w:r>
              <w:rPr>
                <w:b/>
              </w:rPr>
              <w:t>What they offer</w:t>
            </w:r>
          </w:p>
        </w:tc>
        <w:tc>
          <w:tcPr>
            <w:tcW w:type="dxa" w:w="2160"/>
            <w:shd w:val="clear" w:color="auto" w:fill="E7EEF7"/>
          </w:tcPr>
          <w:p>
            <w:r>
              <w:rPr>
                <w:b/>
              </w:rPr>
              <w:t>Their strengths</w:t>
            </w:r>
          </w:p>
        </w:tc>
        <w:tc>
          <w:tcPr>
            <w:tcW w:type="dxa" w:w="2160"/>
            <w:shd w:val="clear" w:color="auto" w:fill="E7EEF7"/>
          </w:tcPr>
          <w:p>
            <w:r>
              <w:rPr>
                <w:b/>
              </w:rPr>
              <w:t>How this business will differ</w:t>
            </w:r>
          </w:p>
        </w:tc>
      </w:tr>
      <w:tr>
        <w:tc>
          <w:tcPr>
            <w:tcW w:type="dxa" w:w="2160"/>
          </w:tcPr>
          <w:p>
            <w:r>
              <w:t>[example: Neighbourhood bakery]</w:t>
            </w:r>
          </w:p>
        </w:tc>
        <w:tc>
          <w:tcPr>
            <w:tcW w:type="dxa" w:w="2160"/>
          </w:tcPr>
          <w:p>
            <w:r>
              <w:t>[example: Fresh bread and cakes]</w:t>
            </w:r>
          </w:p>
        </w:tc>
        <w:tc>
          <w:tcPr>
            <w:tcW w:type="dxa" w:w="2160"/>
          </w:tcPr>
          <w:p>
            <w:r>
              <w:t>[example: Known in the area]</w:t>
            </w:r>
          </w:p>
        </w:tc>
        <w:tc>
          <w:tcPr>
            <w:tcW w:type="dxa" w:w="2160"/>
          </w:tcPr>
          <w:p>
            <w:r>
              <w:t>[example: Custom celebration orders]</w:t>
            </w:r>
          </w:p>
        </w:tc>
      </w:tr>
      <w:tr>
        <w:tc>
          <w:tcPr>
            <w:tcW w:type="dxa" w:w="2160"/>
          </w:tcPr>
          <w:p>
            <w:r>
              <w:t>[Competitor or alternative]</w:t>
            </w:r>
          </w:p>
        </w:tc>
        <w:tc>
          <w:tcPr>
            <w:tcW w:type="dxa" w:w="2160"/>
          </w:tcPr>
          <w:p>
            <w:r>
              <w:t>[Products or services]</w:t>
            </w:r>
          </w:p>
        </w:tc>
        <w:tc>
          <w:tcPr>
            <w:tcW w:type="dxa" w:w="2160"/>
          </w:tcPr>
          <w:p>
            <w:r>
              <w:t>[Strengths]</w:t>
            </w:r>
          </w:p>
        </w:tc>
        <w:tc>
          <w:tcPr>
            <w:tcW w:type="dxa" w:w="2160"/>
          </w:tcPr>
          <w:p>
            <w:r>
              <w:t>[Your difference]</w:t>
            </w:r>
          </w:p>
        </w:tc>
      </w:tr>
    </w:tbl>
    <w:p/>
    <w:p>
      <w:pPr>
        <w:spacing w:before="200"/>
      </w:pPr>
      <w:r>
        <w:rPr>
          <w:b/>
          <w:sz w:val="26"/>
        </w:rPr>
        <w:t>Marketing and sales</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Main message</w:t>
            </w:r>
          </w:p>
        </w:tc>
        <w:tc>
          <w:tcPr>
            <w:tcW w:type="dxa" w:w="4320"/>
          </w:tcPr>
          <w:p>
            <w:r>
              <w:t>[What customers should understand about your offer]</w:t>
            </w:r>
          </w:p>
        </w:tc>
      </w:tr>
      <w:tr>
        <w:tc>
          <w:tcPr>
            <w:tcW w:type="dxa" w:w="4320"/>
            <w:shd w:val="clear" w:color="auto" w:fill="E7EEF7"/>
          </w:tcPr>
          <w:p>
            <w:r>
              <w:rPr>
                <w:b/>
              </w:rPr>
              <w:t>Ways to reach customers</w:t>
            </w:r>
          </w:p>
        </w:tc>
        <w:tc>
          <w:tcPr>
            <w:tcW w:type="dxa" w:w="4320"/>
          </w:tcPr>
          <w:p>
            <w:r>
              <w:t>[Word of mouth, local groups, market stall or other channels]</w:t>
            </w:r>
          </w:p>
        </w:tc>
      </w:tr>
      <w:tr>
        <w:tc>
          <w:tcPr>
            <w:tcW w:type="dxa" w:w="4320"/>
            <w:shd w:val="clear" w:color="auto" w:fill="E7EEF7"/>
          </w:tcPr>
          <w:p>
            <w:r>
              <w:rPr>
                <w:b/>
              </w:rPr>
              <w:t>Sales process</w:t>
            </w:r>
          </w:p>
        </w:tc>
        <w:tc>
          <w:tcPr>
            <w:tcW w:type="dxa" w:w="4320"/>
          </w:tcPr>
          <w:p>
            <w:r>
              <w:t>[How a customer enquires, orders and pays]</w:t>
            </w:r>
          </w:p>
        </w:tc>
      </w:tr>
      <w:tr>
        <w:tc>
          <w:tcPr>
            <w:tcW w:type="dxa" w:w="4320"/>
            <w:shd w:val="clear" w:color="auto" w:fill="E7EEF7"/>
          </w:tcPr>
          <w:p>
            <w:r>
              <w:rPr>
                <w:b/>
              </w:rPr>
              <w:t>Pricing approach</w:t>
            </w:r>
          </w:p>
        </w:tc>
        <w:tc>
          <w:tcPr>
            <w:tcW w:type="dxa" w:w="4320"/>
          </w:tcPr>
          <w:p>
            <w:r>
              <w:t>[How you will set and review prices]</w:t>
            </w:r>
          </w:p>
        </w:tc>
      </w:tr>
      <w:tr>
        <w:tc>
          <w:tcPr>
            <w:tcW w:type="dxa" w:w="4320"/>
            <w:shd w:val="clear" w:color="auto" w:fill="E7EEF7"/>
          </w:tcPr>
          <w:p>
            <w:r>
              <w:rPr>
                <w:b/>
              </w:rPr>
              <w:t>Customer service and repeat business</w:t>
            </w:r>
          </w:p>
        </w:tc>
        <w:tc>
          <w:tcPr>
            <w:tcW w:type="dxa" w:w="4320"/>
          </w:tcPr>
          <w:p>
            <w:r>
              <w:t>[How you will support customers and encourage repeat orders]</w:t>
            </w:r>
          </w:p>
        </w:tc>
      </w:tr>
    </w:tbl>
    <w:p/>
    <w:p>
      <w:pPr>
        <w:spacing w:before="200"/>
      </w:pPr>
      <w:r>
        <w:rPr>
          <w:b/>
          <w:sz w:val="26"/>
        </w:rPr>
        <w:t>Operations</w:t>
      </w:r>
    </w:p>
    <w:p>
      <w:r>
        <w:t>Explain how the business will deliver its products or services from day to day.</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Operating location</w:t>
            </w:r>
          </w:p>
        </w:tc>
        <w:tc>
          <w:tcPr>
            <w:tcW w:type="dxa" w:w="4320"/>
          </w:tcPr>
          <w:p>
            <w:r>
              <w:t>[Where the work will happen]</w:t>
            </w:r>
          </w:p>
        </w:tc>
      </w:tr>
      <w:tr>
        <w:tc>
          <w:tcPr>
            <w:tcW w:type="dxa" w:w="4320"/>
            <w:shd w:val="clear" w:color="auto" w:fill="E7EEF7"/>
          </w:tcPr>
          <w:p>
            <w:r>
              <w:rPr>
                <w:b/>
              </w:rPr>
              <w:t>Opening or service hours</w:t>
            </w:r>
          </w:p>
        </w:tc>
        <w:tc>
          <w:tcPr>
            <w:tcW w:type="dxa" w:w="4320"/>
          </w:tcPr>
          <w:p>
            <w:r>
              <w:t>[Days and hours]</w:t>
            </w:r>
          </w:p>
        </w:tc>
      </w:tr>
      <w:tr>
        <w:tc>
          <w:tcPr>
            <w:tcW w:type="dxa" w:w="4320"/>
            <w:shd w:val="clear" w:color="auto" w:fill="E7EEF7"/>
          </w:tcPr>
          <w:p>
            <w:r>
              <w:rPr>
                <w:b/>
              </w:rPr>
              <w:t>Equipment and supplies</w:t>
            </w:r>
          </w:p>
        </w:tc>
        <w:tc>
          <w:tcPr>
            <w:tcW w:type="dxa" w:w="4320"/>
          </w:tcPr>
          <w:p>
            <w:r>
              <w:t>[What you need to operate]</w:t>
            </w:r>
          </w:p>
        </w:tc>
      </w:tr>
      <w:tr>
        <w:tc>
          <w:tcPr>
            <w:tcW w:type="dxa" w:w="4320"/>
            <w:shd w:val="clear" w:color="auto" w:fill="E7EEF7"/>
          </w:tcPr>
          <w:p>
            <w:r>
              <w:rPr>
                <w:b/>
              </w:rPr>
              <w:t>Suppliers</w:t>
            </w:r>
          </w:p>
        </w:tc>
        <w:tc>
          <w:tcPr>
            <w:tcW w:type="dxa" w:w="4320"/>
          </w:tcPr>
          <w:p>
            <w:r>
              <w:t>[Supplier names or how you will choose them]</w:t>
            </w:r>
          </w:p>
        </w:tc>
      </w:tr>
      <w:tr>
        <w:tc>
          <w:tcPr>
            <w:tcW w:type="dxa" w:w="4320"/>
            <w:shd w:val="clear" w:color="auto" w:fill="E7EEF7"/>
          </w:tcPr>
          <w:p>
            <w:r>
              <w:rPr>
                <w:b/>
              </w:rPr>
              <w:t>Production or service process</w:t>
            </w:r>
          </w:p>
        </w:tc>
        <w:tc>
          <w:tcPr>
            <w:tcW w:type="dxa" w:w="4320"/>
          </w:tcPr>
          <w:p>
            <w:r>
              <w:t>[Main steps from order to delivery]</w:t>
            </w:r>
          </w:p>
        </w:tc>
      </w:tr>
      <w:tr>
        <w:tc>
          <w:tcPr>
            <w:tcW w:type="dxa" w:w="4320"/>
            <w:shd w:val="clear" w:color="auto" w:fill="E7EEF7"/>
          </w:tcPr>
          <w:p>
            <w:r>
              <w:rPr>
                <w:b/>
              </w:rPr>
              <w:t>Records and payments</w:t>
            </w:r>
          </w:p>
        </w:tc>
        <w:tc>
          <w:tcPr>
            <w:tcW w:type="dxa" w:w="4320"/>
          </w:tcPr>
          <w:p>
            <w:r>
              <w:t>[How you will record sales, costs and payments]</w:t>
            </w:r>
          </w:p>
        </w:tc>
      </w:tr>
    </w:tbl>
    <w:p/>
    <w:p>
      <w:pPr>
        <w:spacing w:before="200"/>
      </w:pPr>
      <w:r>
        <w:rPr>
          <w:b/>
          <w:sz w:val="26"/>
        </w:rPr>
        <w:t>Ownership, people and administration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Name</w:t>
            </w:r>
          </w:p>
        </w:tc>
        <w:tc>
          <w:tcPr>
            <w:tcW w:type="dxa" w:w="2160"/>
            <w:shd w:val="clear" w:color="auto" w:fill="E7EEF7"/>
          </w:tcPr>
          <w:p>
            <w:r>
              <w:rPr>
                <w:b/>
              </w:rPr>
              <w:t>Role</w:t>
            </w:r>
          </w:p>
        </w:tc>
        <w:tc>
          <w:tcPr>
            <w:tcW w:type="dxa" w:w="2160"/>
            <w:shd w:val="clear" w:color="auto" w:fill="E7EEF7"/>
          </w:tcPr>
          <w:p>
            <w:r>
              <w:rPr>
                <w:b/>
              </w:rPr>
              <w:t>Relevant experience</w:t>
            </w:r>
          </w:p>
        </w:tc>
        <w:tc>
          <w:tcPr>
            <w:tcW w:type="dxa" w:w="2160"/>
            <w:shd w:val="clear" w:color="auto" w:fill="E7EEF7"/>
          </w:tcPr>
          <w:p>
            <w:r>
              <w:rPr>
                <w:b/>
              </w:rPr>
              <w:t>Main responsibilities</w:t>
            </w:r>
          </w:p>
        </w:tc>
      </w:tr>
      <w:tr>
        <w:tc>
          <w:tcPr>
            <w:tcW w:type="dxa" w:w="2160"/>
          </w:tcPr>
          <w:p>
            <w:r>
              <w:t>[Owner or team member]</w:t>
            </w:r>
          </w:p>
        </w:tc>
        <w:tc>
          <w:tcPr>
            <w:tcW w:type="dxa" w:w="2160"/>
          </w:tcPr>
          <w:p>
            <w:r>
              <w:t>[Role]</w:t>
            </w:r>
          </w:p>
        </w:tc>
        <w:tc>
          <w:tcPr>
            <w:tcW w:type="dxa" w:w="2160"/>
          </w:tcPr>
          <w:p>
            <w:r>
              <w:t>[Experience or skills]</w:t>
            </w:r>
          </w:p>
        </w:tc>
        <w:tc>
          <w:tcPr>
            <w:tcW w:type="dxa" w:w="2160"/>
          </w:tcPr>
          <w:p>
            <w:r>
              <w:t>[Responsibilities]</w:t>
            </w:r>
          </w:p>
        </w:tc>
      </w:tr>
      <w:tr>
        <w:tc>
          <w:tcPr>
            <w:tcW w:type="dxa" w:w="2160"/>
          </w:tcPr>
          <w:p>
            <w:r>
              <w:t>[Team member or planned hire]</w:t>
            </w:r>
          </w:p>
        </w:tc>
        <w:tc>
          <w:tcPr>
            <w:tcW w:type="dxa" w:w="2160"/>
          </w:tcPr>
          <w:p>
            <w:r>
              <w:t>[Role]</w:t>
            </w:r>
          </w:p>
        </w:tc>
        <w:tc>
          <w:tcPr>
            <w:tcW w:type="dxa" w:w="2160"/>
          </w:tcPr>
          <w:p>
            <w:r>
              <w:t>[Experience or skills]</w:t>
            </w:r>
          </w:p>
        </w:tc>
        <w:tc>
          <w:tcPr>
            <w:tcW w:type="dxa" w:w="2160"/>
          </w:tcPr>
          <w:p>
            <w:r>
              <w:t>[Responsibilities]</w:t>
            </w:r>
          </w:p>
        </w:tc>
      </w:tr>
    </w:tbl>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Business registration or trading status</w:t>
            </w:r>
          </w:p>
        </w:tc>
        <w:tc>
          <w:tcPr>
            <w:tcW w:type="dxa" w:w="4320"/>
          </w:tcPr>
          <w:p>
            <w:r>
              <w:t>[Current status or action to check]</w:t>
            </w:r>
          </w:p>
        </w:tc>
      </w:tr>
      <w:tr>
        <w:tc>
          <w:tcPr>
            <w:tcW w:type="dxa" w:w="4320"/>
            <w:shd w:val="clear" w:color="auto" w:fill="E7EEF7"/>
          </w:tcPr>
          <w:p>
            <w:r>
              <w:rPr>
                <w:b/>
              </w:rPr>
              <w:t>Tax administration</w:t>
            </w:r>
          </w:p>
        </w:tc>
        <w:tc>
          <w:tcPr>
            <w:tcW w:type="dxa" w:w="4320"/>
          </w:tcPr>
          <w:p>
            <w:r>
              <w:t>[Current status or action to check]</w:t>
            </w:r>
          </w:p>
        </w:tc>
      </w:tr>
      <w:tr>
        <w:tc>
          <w:tcPr>
            <w:tcW w:type="dxa" w:w="4320"/>
            <w:shd w:val="clear" w:color="auto" w:fill="E7EEF7"/>
          </w:tcPr>
          <w:p>
            <w:r>
              <w:rPr>
                <w:b/>
              </w:rPr>
              <w:t>Municipal or site requirements</w:t>
            </w:r>
          </w:p>
        </w:tc>
        <w:tc>
          <w:tcPr>
            <w:tcW w:type="dxa" w:w="4320"/>
          </w:tcPr>
          <w:p>
            <w:r>
              <w:t>[Requirements to check for your location and activity]</w:t>
            </w:r>
          </w:p>
        </w:tc>
      </w:tr>
    </w:tbl>
    <w:p/>
    <w:p>
      <w:r>
        <w:rPr>
          <w:i/>
          <w:sz w:val="19"/>
        </w:rPr>
        <w:t>Check current registration and tax rules with CIPC and SARS. Ask your municipality about requirements for your location and activity. Seek professional advice where needed.</w:t>
      </w:r>
    </w:p>
    <w:p>
      <w:pPr>
        <w:spacing w:before="200"/>
      </w:pPr>
      <w:r>
        <w:rPr>
          <w:b/>
          <w:sz w:val="26"/>
        </w:rPr>
        <w:t>Funding needs and use</w:t>
      </w:r>
    </w:p>
    <w:p>
      <w:r>
        <w:t>Complete this section if you need funding. Match each request to a clear business cost and explain how the money will support trading.</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Funding item</w:t>
            </w:r>
          </w:p>
        </w:tc>
        <w:tc>
          <w:tcPr>
            <w:tcW w:type="dxa" w:w="2160"/>
            <w:shd w:val="clear" w:color="auto" w:fill="E7EEF7"/>
          </w:tcPr>
          <w:p>
            <w:r>
              <w:rPr>
                <w:b/>
              </w:rPr>
              <w:t>Estimated amount in rand</w:t>
            </w:r>
          </w:p>
        </w:tc>
        <w:tc>
          <w:tcPr>
            <w:tcW w:type="dxa" w:w="2160"/>
            <w:shd w:val="clear" w:color="auto" w:fill="E7EEF7"/>
          </w:tcPr>
          <w:p>
            <w:r>
              <w:rPr>
                <w:b/>
              </w:rPr>
              <w:t>What it will pay for</w:t>
            </w:r>
          </w:p>
        </w:tc>
        <w:tc>
          <w:tcPr>
            <w:tcW w:type="dxa" w:w="2160"/>
            <w:shd w:val="clear" w:color="auto" w:fill="E7EEF7"/>
          </w:tcPr>
          <w:p>
            <w:r>
              <w:rPr>
                <w:b/>
              </w:rPr>
              <w:t>When it is needed</w:t>
            </w:r>
          </w:p>
        </w:tc>
      </w:tr>
      <w:tr>
        <w:tc>
          <w:tcPr>
            <w:tcW w:type="dxa" w:w="2160"/>
          </w:tcPr>
          <w:p>
            <w:r>
              <w:t>[example: Baking equipment]</w:t>
            </w:r>
          </w:p>
        </w:tc>
        <w:tc>
          <w:tcPr>
            <w:tcW w:type="dxa" w:w="2160"/>
          </w:tcPr>
          <w:p>
            <w:r>
              <w:t>[example: R amount]</w:t>
            </w:r>
          </w:p>
        </w:tc>
        <w:tc>
          <w:tcPr>
            <w:tcW w:type="dxa" w:w="2160"/>
          </w:tcPr>
          <w:p>
            <w:r>
              <w:t>[example: Oven and mixing equipment]</w:t>
            </w:r>
          </w:p>
        </w:tc>
        <w:tc>
          <w:tcPr>
            <w:tcW w:type="dxa" w:w="2160"/>
          </w:tcPr>
          <w:p>
            <w:r>
              <w:t>[example: Before trading begins]</w:t>
            </w:r>
          </w:p>
        </w:tc>
      </w:tr>
      <w:tr>
        <w:tc>
          <w:tcPr>
            <w:tcW w:type="dxa" w:w="2160"/>
          </w:tcPr>
          <w:p>
            <w:r>
              <w:t>[Funding item]</w:t>
            </w:r>
          </w:p>
        </w:tc>
        <w:tc>
          <w:tcPr>
            <w:tcW w:type="dxa" w:w="2160"/>
          </w:tcPr>
          <w:p>
            <w:r>
              <w:t>[Amount in rand]</w:t>
            </w:r>
          </w:p>
        </w:tc>
        <w:tc>
          <w:tcPr>
            <w:tcW w:type="dxa" w:w="2160"/>
          </w:tcPr>
          <w:p>
            <w:r>
              <w:t>[Purpose]</w:t>
            </w:r>
          </w:p>
        </w:tc>
        <w:tc>
          <w:tcPr>
            <w:tcW w:type="dxa" w:w="2160"/>
          </w:tcPr>
          <w:p>
            <w:r>
              <w:t>[Timing]</w:t>
            </w:r>
          </w:p>
        </w:tc>
      </w:tr>
    </w:tbl>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Owner contribution</w:t>
            </w:r>
          </w:p>
        </w:tc>
        <w:tc>
          <w:tcPr>
            <w:tcW w:type="dxa" w:w="4320"/>
          </w:tcPr>
          <w:p>
            <w:r>
              <w:t>[Amount in rand or not applicable]</w:t>
            </w:r>
          </w:p>
        </w:tc>
      </w:tr>
      <w:tr>
        <w:tc>
          <w:tcPr>
            <w:tcW w:type="dxa" w:w="4320"/>
            <w:shd w:val="clear" w:color="auto" w:fill="E7EEF7"/>
          </w:tcPr>
          <w:p>
            <w:r>
              <w:rPr>
                <w:b/>
              </w:rPr>
              <w:t>Funding requested</w:t>
            </w:r>
          </w:p>
        </w:tc>
        <w:tc>
          <w:tcPr>
            <w:tcW w:type="dxa" w:w="4320"/>
          </w:tcPr>
          <w:p>
            <w:r>
              <w:t>[Amount in rand or not applicable]</w:t>
            </w:r>
          </w:p>
        </w:tc>
      </w:tr>
      <w:tr>
        <w:tc>
          <w:tcPr>
            <w:tcW w:type="dxa" w:w="4320"/>
            <w:shd w:val="clear" w:color="auto" w:fill="E7EEF7"/>
          </w:tcPr>
          <w:p>
            <w:r>
              <w:rPr>
                <w:b/>
              </w:rPr>
              <w:t>Repayment or funding arrangement</w:t>
            </w:r>
          </w:p>
        </w:tc>
        <w:tc>
          <w:tcPr>
            <w:tcW w:type="dxa" w:w="4320"/>
          </w:tcPr>
          <w:p>
            <w:r>
              <w:t>[Proposed arrangement or not applicable]</w:t>
            </w:r>
          </w:p>
        </w:tc>
      </w:tr>
    </w:tbl>
    <w:p/>
    <w:p>
      <w:pPr>
        <w:spacing w:before="200"/>
      </w:pPr>
      <w:r>
        <w:rPr>
          <w:b/>
          <w:sz w:val="26"/>
        </w:rPr>
        <w:t>Financial plan</w:t>
      </w:r>
    </w:p>
    <w:p>
      <w:r>
        <w:rPr>
          <w:i/>
          <w:sz w:val="19"/>
        </w:rPr>
        <w:t>Use estimates you can explain. Add a column for each forecast period. Subtract cost of sales from sales to calculate gross profit. Subtract total operating expenses from gross profit to show profit before finance costs. Then subtract finance costs, such as loan interest, to calculate profit before tax. Record loan repayments as cash payments; the principal portion is not a profit-and-loss expense. For cash flow, add receipts to opening cash and subtract payments. Carry each closing cash balance into the next period's opening cash.</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Profit-and-loss line</w:t>
            </w:r>
          </w:p>
        </w:tc>
        <w:tc>
          <w:tcPr>
            <w:tcW w:type="dxa" w:w="2160"/>
            <w:shd w:val="clear" w:color="auto" w:fill="E7EEF7"/>
          </w:tcPr>
          <w:p>
            <w:r>
              <w:rPr>
                <w:b/>
              </w:rPr>
              <w:t>[Period]</w:t>
            </w:r>
          </w:p>
        </w:tc>
        <w:tc>
          <w:tcPr>
            <w:tcW w:type="dxa" w:w="2160"/>
            <w:shd w:val="clear" w:color="auto" w:fill="E7EEF7"/>
          </w:tcPr>
          <w:p>
            <w:r>
              <w:rPr>
                <w:b/>
              </w:rPr>
              <w:t>[Period]</w:t>
            </w:r>
          </w:p>
        </w:tc>
        <w:tc>
          <w:tcPr>
            <w:tcW w:type="dxa" w:w="2160"/>
            <w:shd w:val="clear" w:color="auto" w:fill="E7EEF7"/>
          </w:tcPr>
          <w:p>
            <w:r>
              <w:rPr>
                <w:b/>
              </w:rPr>
              <w:t>[Period]</w:t>
            </w:r>
          </w:p>
        </w:tc>
      </w:tr>
      <w:tr>
        <w:tc>
          <w:tcPr>
            <w:tcW w:type="dxa" w:w="2160"/>
          </w:tcPr>
          <w:p>
            <w:r>
              <w:t>Sales</w:t>
            </w:r>
          </w:p>
        </w:tc>
        <w:tc>
          <w:tcPr>
            <w:tcW w:type="dxa" w:w="2160"/>
          </w:tcPr>
          <w:p>
            <w:r>
              <w:t>[Rand amount]</w:t>
            </w:r>
          </w:p>
        </w:tc>
        <w:tc>
          <w:tcPr>
            <w:tcW w:type="dxa" w:w="2160"/>
          </w:tcPr>
          <w:p>
            <w:r>
              <w:t>[Rand amount]</w:t>
            </w:r>
          </w:p>
        </w:tc>
        <w:tc>
          <w:tcPr>
            <w:tcW w:type="dxa" w:w="2160"/>
          </w:tcPr>
          <w:p>
            <w:r>
              <w:t>[Rand amount]</w:t>
            </w:r>
          </w:p>
        </w:tc>
      </w:tr>
      <w:tr>
        <w:tc>
          <w:tcPr>
            <w:tcW w:type="dxa" w:w="2160"/>
          </w:tcPr>
          <w:p>
            <w:r>
              <w:t>Less: cost of sales</w:t>
            </w:r>
          </w:p>
        </w:tc>
        <w:tc>
          <w:tcPr>
            <w:tcW w:type="dxa" w:w="2160"/>
          </w:tcPr>
          <w:p>
            <w:r>
              <w:t>[Rand amount]</w:t>
            </w:r>
          </w:p>
        </w:tc>
        <w:tc>
          <w:tcPr>
            <w:tcW w:type="dxa" w:w="2160"/>
          </w:tcPr>
          <w:p>
            <w:r>
              <w:t>[Rand amount]</w:t>
            </w:r>
          </w:p>
        </w:tc>
        <w:tc>
          <w:tcPr>
            <w:tcW w:type="dxa" w:w="2160"/>
          </w:tcPr>
          <w:p>
            <w:r>
              <w:t>[Rand amount]</w:t>
            </w:r>
          </w:p>
        </w:tc>
      </w:tr>
      <w:tr>
        <w:tc>
          <w:tcPr>
            <w:tcW w:type="dxa" w:w="2160"/>
          </w:tcPr>
          <w:p>
            <w:r>
              <w:t>Gross profit</w:t>
            </w:r>
          </w:p>
        </w:tc>
        <w:tc>
          <w:tcPr>
            <w:tcW w:type="dxa" w:w="2160"/>
          </w:tcPr>
          <w:p>
            <w:r>
              <w:t>[Rand amount]</w:t>
            </w:r>
          </w:p>
        </w:tc>
        <w:tc>
          <w:tcPr>
            <w:tcW w:type="dxa" w:w="2160"/>
          </w:tcPr>
          <w:p>
            <w:r>
              <w:t>[Rand amount]</w:t>
            </w:r>
          </w:p>
        </w:tc>
        <w:tc>
          <w:tcPr>
            <w:tcW w:type="dxa" w:w="2160"/>
          </w:tcPr>
          <w:p>
            <w:r>
              <w:t>[Rand amount]</w:t>
            </w:r>
          </w:p>
        </w:tc>
      </w:tr>
      <w:tr>
        <w:tc>
          <w:tcPr>
            <w:tcW w:type="dxa" w:w="2160"/>
          </w:tcPr>
          <w:p>
            <w:r>
              <w:t>Rent and utilities</w:t>
            </w:r>
          </w:p>
        </w:tc>
        <w:tc>
          <w:tcPr>
            <w:tcW w:type="dxa" w:w="2160"/>
          </w:tcPr>
          <w:p>
            <w:r>
              <w:t>[Rand amount]</w:t>
            </w:r>
          </w:p>
        </w:tc>
        <w:tc>
          <w:tcPr>
            <w:tcW w:type="dxa" w:w="2160"/>
          </w:tcPr>
          <w:p>
            <w:r>
              <w:t>[Rand amount]</w:t>
            </w:r>
          </w:p>
        </w:tc>
        <w:tc>
          <w:tcPr>
            <w:tcW w:type="dxa" w:w="2160"/>
          </w:tcPr>
          <w:p>
            <w:r>
              <w:t>[Rand amount]</w:t>
            </w:r>
          </w:p>
        </w:tc>
      </w:tr>
      <w:tr>
        <w:tc>
          <w:tcPr>
            <w:tcW w:type="dxa" w:w="2160"/>
          </w:tcPr>
          <w:p>
            <w:r>
              <w:t>Wages and contract work</w:t>
            </w:r>
          </w:p>
        </w:tc>
        <w:tc>
          <w:tcPr>
            <w:tcW w:type="dxa" w:w="2160"/>
          </w:tcPr>
          <w:p>
            <w:r>
              <w:t>[Rand amount]</w:t>
            </w:r>
          </w:p>
        </w:tc>
        <w:tc>
          <w:tcPr>
            <w:tcW w:type="dxa" w:w="2160"/>
          </w:tcPr>
          <w:p>
            <w:r>
              <w:t>[Rand amount]</w:t>
            </w:r>
          </w:p>
        </w:tc>
        <w:tc>
          <w:tcPr>
            <w:tcW w:type="dxa" w:w="2160"/>
          </w:tcPr>
          <w:p>
            <w:r>
              <w:t>[Rand amount]</w:t>
            </w:r>
          </w:p>
        </w:tc>
      </w:tr>
      <w:tr>
        <w:tc>
          <w:tcPr>
            <w:tcW w:type="dxa" w:w="2160"/>
          </w:tcPr>
          <w:p>
            <w:r>
              <w:t>Transport and delivery</w:t>
            </w:r>
          </w:p>
        </w:tc>
        <w:tc>
          <w:tcPr>
            <w:tcW w:type="dxa" w:w="2160"/>
          </w:tcPr>
          <w:p>
            <w:r>
              <w:t>[Rand amount]</w:t>
            </w:r>
          </w:p>
        </w:tc>
        <w:tc>
          <w:tcPr>
            <w:tcW w:type="dxa" w:w="2160"/>
          </w:tcPr>
          <w:p>
            <w:r>
              <w:t>[Rand amount]</w:t>
            </w:r>
          </w:p>
        </w:tc>
        <w:tc>
          <w:tcPr>
            <w:tcW w:type="dxa" w:w="2160"/>
          </w:tcPr>
          <w:p>
            <w:r>
              <w:t>[Rand amount]</w:t>
            </w:r>
          </w:p>
        </w:tc>
      </w:tr>
      <w:tr>
        <w:tc>
          <w:tcPr>
            <w:tcW w:type="dxa" w:w="2160"/>
          </w:tcPr>
          <w:p>
            <w:r>
              <w:t>Marketing</w:t>
            </w:r>
          </w:p>
        </w:tc>
        <w:tc>
          <w:tcPr>
            <w:tcW w:type="dxa" w:w="2160"/>
          </w:tcPr>
          <w:p>
            <w:r>
              <w:t>[Rand amount]</w:t>
            </w:r>
          </w:p>
        </w:tc>
        <w:tc>
          <w:tcPr>
            <w:tcW w:type="dxa" w:w="2160"/>
          </w:tcPr>
          <w:p>
            <w:r>
              <w:t>[Rand amount]</w:t>
            </w:r>
          </w:p>
        </w:tc>
        <w:tc>
          <w:tcPr>
            <w:tcW w:type="dxa" w:w="2160"/>
          </w:tcPr>
          <w:p>
            <w:r>
              <w:t>[Rand amount]</w:t>
            </w:r>
          </w:p>
        </w:tc>
      </w:tr>
      <w:tr>
        <w:tc>
          <w:tcPr>
            <w:tcW w:type="dxa" w:w="2160"/>
          </w:tcPr>
          <w:p>
            <w:r>
              <w:t>Telephone and data</w:t>
            </w:r>
          </w:p>
        </w:tc>
        <w:tc>
          <w:tcPr>
            <w:tcW w:type="dxa" w:w="2160"/>
          </w:tcPr>
          <w:p>
            <w:r>
              <w:t>[Rand amount]</w:t>
            </w:r>
          </w:p>
        </w:tc>
        <w:tc>
          <w:tcPr>
            <w:tcW w:type="dxa" w:w="2160"/>
          </w:tcPr>
          <w:p>
            <w:r>
              <w:t>[Rand amount]</w:t>
            </w:r>
          </w:p>
        </w:tc>
        <w:tc>
          <w:tcPr>
            <w:tcW w:type="dxa" w:w="2160"/>
          </w:tcPr>
          <w:p>
            <w:r>
              <w:t>[Rand amount]</w:t>
            </w:r>
          </w:p>
        </w:tc>
      </w:tr>
      <w:tr>
        <w:tc>
          <w:tcPr>
            <w:tcW w:type="dxa" w:w="2160"/>
          </w:tcPr>
          <w:p>
            <w:r>
              <w:t>Insurance</w:t>
            </w:r>
          </w:p>
        </w:tc>
        <w:tc>
          <w:tcPr>
            <w:tcW w:type="dxa" w:w="2160"/>
          </w:tcPr>
          <w:p>
            <w:r>
              <w:t>[Rand amount]</w:t>
            </w:r>
          </w:p>
        </w:tc>
        <w:tc>
          <w:tcPr>
            <w:tcW w:type="dxa" w:w="2160"/>
          </w:tcPr>
          <w:p>
            <w:r>
              <w:t>[Rand amount]</w:t>
            </w:r>
          </w:p>
        </w:tc>
        <w:tc>
          <w:tcPr>
            <w:tcW w:type="dxa" w:w="2160"/>
          </w:tcPr>
          <w:p>
            <w:r>
              <w:t>[Rand amount]</w:t>
            </w:r>
          </w:p>
        </w:tc>
      </w:tr>
      <w:tr>
        <w:tc>
          <w:tcPr>
            <w:tcW w:type="dxa" w:w="2160"/>
          </w:tcPr>
          <w:p>
            <w:r>
              <w:t>Bank and payment charges</w:t>
            </w:r>
          </w:p>
        </w:tc>
        <w:tc>
          <w:tcPr>
            <w:tcW w:type="dxa" w:w="2160"/>
          </w:tcPr>
          <w:p>
            <w:r>
              <w:t>[Rand amount]</w:t>
            </w:r>
          </w:p>
        </w:tc>
        <w:tc>
          <w:tcPr>
            <w:tcW w:type="dxa" w:w="2160"/>
          </w:tcPr>
          <w:p>
            <w:r>
              <w:t>[Rand amount]</w:t>
            </w:r>
          </w:p>
        </w:tc>
        <w:tc>
          <w:tcPr>
            <w:tcW w:type="dxa" w:w="2160"/>
          </w:tcPr>
          <w:p>
            <w:r>
              <w:t>[Rand amount]</w:t>
            </w:r>
          </w:p>
        </w:tc>
      </w:tr>
      <w:tr>
        <w:tc>
          <w:tcPr>
            <w:tcW w:type="dxa" w:w="2160"/>
          </w:tcPr>
          <w:p>
            <w:r>
              <w:t>Repairs and maintenance</w:t>
            </w:r>
          </w:p>
        </w:tc>
        <w:tc>
          <w:tcPr>
            <w:tcW w:type="dxa" w:w="2160"/>
          </w:tcPr>
          <w:p>
            <w:r>
              <w:t>[Rand amount]</w:t>
            </w:r>
          </w:p>
        </w:tc>
        <w:tc>
          <w:tcPr>
            <w:tcW w:type="dxa" w:w="2160"/>
          </w:tcPr>
          <w:p>
            <w:r>
              <w:t>[Rand amount]</w:t>
            </w:r>
          </w:p>
        </w:tc>
        <w:tc>
          <w:tcPr>
            <w:tcW w:type="dxa" w:w="2160"/>
          </w:tcPr>
          <w:p>
            <w:r>
              <w:t>[Rand amount]</w:t>
            </w:r>
          </w:p>
        </w:tc>
      </w:tr>
      <w:tr>
        <w:tc>
          <w:tcPr>
            <w:tcW w:type="dxa" w:w="2160"/>
          </w:tcPr>
          <w:p>
            <w:r>
              <w:t>Other operating costs</w:t>
            </w:r>
          </w:p>
        </w:tc>
        <w:tc>
          <w:tcPr>
            <w:tcW w:type="dxa" w:w="2160"/>
          </w:tcPr>
          <w:p>
            <w:r>
              <w:t>[Rand amount]</w:t>
            </w:r>
          </w:p>
        </w:tc>
        <w:tc>
          <w:tcPr>
            <w:tcW w:type="dxa" w:w="2160"/>
          </w:tcPr>
          <w:p>
            <w:r>
              <w:t>[Rand amount]</w:t>
            </w:r>
          </w:p>
        </w:tc>
        <w:tc>
          <w:tcPr>
            <w:tcW w:type="dxa" w:w="2160"/>
          </w:tcPr>
          <w:p>
            <w:r>
              <w:t>[Rand amount]</w:t>
            </w:r>
          </w:p>
        </w:tc>
      </w:tr>
      <w:tr>
        <w:tc>
          <w:tcPr>
            <w:tcW w:type="dxa" w:w="2160"/>
          </w:tcPr>
          <w:p>
            <w:r>
              <w:t>Total operating expenses</w:t>
            </w:r>
          </w:p>
        </w:tc>
        <w:tc>
          <w:tcPr>
            <w:tcW w:type="dxa" w:w="2160"/>
          </w:tcPr>
          <w:p>
            <w:r>
              <w:t>[Rand amount]</w:t>
            </w:r>
          </w:p>
        </w:tc>
        <w:tc>
          <w:tcPr>
            <w:tcW w:type="dxa" w:w="2160"/>
          </w:tcPr>
          <w:p>
            <w:r>
              <w:t>[Rand amount]</w:t>
            </w:r>
          </w:p>
        </w:tc>
        <w:tc>
          <w:tcPr>
            <w:tcW w:type="dxa" w:w="2160"/>
          </w:tcPr>
          <w:p>
            <w:r>
              <w:t>[Rand amount]</w:t>
            </w:r>
          </w:p>
        </w:tc>
      </w:tr>
      <w:tr>
        <w:tc>
          <w:tcPr>
            <w:tcW w:type="dxa" w:w="2160"/>
          </w:tcPr>
          <w:p>
            <w:r>
              <w:t>Profit before finance costs</w:t>
            </w:r>
          </w:p>
        </w:tc>
        <w:tc>
          <w:tcPr>
            <w:tcW w:type="dxa" w:w="2160"/>
          </w:tcPr>
          <w:p>
            <w:r>
              <w:t>[Rand amount]</w:t>
            </w:r>
          </w:p>
        </w:tc>
        <w:tc>
          <w:tcPr>
            <w:tcW w:type="dxa" w:w="2160"/>
          </w:tcPr>
          <w:p>
            <w:r>
              <w:t>[Rand amount]</w:t>
            </w:r>
          </w:p>
        </w:tc>
        <w:tc>
          <w:tcPr>
            <w:tcW w:type="dxa" w:w="2160"/>
          </w:tcPr>
          <w:p>
            <w:r>
              <w:t>[Rand amount]</w:t>
            </w:r>
          </w:p>
        </w:tc>
      </w:tr>
      <w:tr>
        <w:tc>
          <w:tcPr>
            <w:tcW w:type="dxa" w:w="2160"/>
          </w:tcPr>
          <w:p>
            <w:r>
              <w:t>Finance costs, such as loan interest</w:t>
            </w:r>
          </w:p>
        </w:tc>
        <w:tc>
          <w:tcPr>
            <w:tcW w:type="dxa" w:w="2160"/>
          </w:tcPr>
          <w:p>
            <w:r>
              <w:t>[Rand amount]</w:t>
            </w:r>
          </w:p>
        </w:tc>
        <w:tc>
          <w:tcPr>
            <w:tcW w:type="dxa" w:w="2160"/>
          </w:tcPr>
          <w:p>
            <w:r>
              <w:t>[Rand amount]</w:t>
            </w:r>
          </w:p>
        </w:tc>
        <w:tc>
          <w:tcPr>
            <w:tcW w:type="dxa" w:w="2160"/>
          </w:tcPr>
          <w:p>
            <w:r>
              <w:t>[Rand amount]</w:t>
            </w:r>
          </w:p>
        </w:tc>
      </w:tr>
      <w:tr>
        <w:tc>
          <w:tcPr>
            <w:tcW w:type="dxa" w:w="2160"/>
          </w:tcPr>
          <w:p>
            <w:r>
              <w:t>Profit before tax</w:t>
            </w:r>
          </w:p>
        </w:tc>
        <w:tc>
          <w:tcPr>
            <w:tcW w:type="dxa" w:w="2160"/>
          </w:tcPr>
          <w:p>
            <w:r>
              <w:t>[Rand amount]</w:t>
            </w:r>
          </w:p>
        </w:tc>
        <w:tc>
          <w:tcPr>
            <w:tcW w:type="dxa" w:w="2160"/>
          </w:tcPr>
          <w:p>
            <w:r>
              <w:t>[Rand amount]</w:t>
            </w:r>
          </w:p>
        </w:tc>
        <w:tc>
          <w:tcPr>
            <w:tcW w:type="dxa" w:w="2160"/>
          </w:tcPr>
          <w:p>
            <w:r>
              <w:t>[Rand amount]</w:t>
            </w:r>
          </w:p>
        </w:tc>
      </w:tr>
    </w:tbl>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7EEF7"/>
          </w:tcPr>
          <w:p>
            <w:r>
              <w:rPr>
                <w:b/>
              </w:rPr>
              <w:t>Cash-flow period</w:t>
            </w:r>
          </w:p>
        </w:tc>
        <w:tc>
          <w:tcPr>
            <w:tcW w:type="dxa" w:w="1728"/>
            <w:shd w:val="clear" w:color="auto" w:fill="E7EEF7"/>
          </w:tcPr>
          <w:p>
            <w:r>
              <w:rPr>
                <w:b/>
              </w:rPr>
              <w:t>Opening cash in rand</w:t>
            </w:r>
          </w:p>
        </w:tc>
        <w:tc>
          <w:tcPr>
            <w:tcW w:type="dxa" w:w="1728"/>
            <w:shd w:val="clear" w:color="auto" w:fill="E7EEF7"/>
          </w:tcPr>
          <w:p>
            <w:r>
              <w:rPr>
                <w:b/>
              </w:rPr>
              <w:t>Receipts in rand</w:t>
            </w:r>
          </w:p>
        </w:tc>
        <w:tc>
          <w:tcPr>
            <w:tcW w:type="dxa" w:w="1728"/>
            <w:shd w:val="clear" w:color="auto" w:fill="E7EEF7"/>
          </w:tcPr>
          <w:p>
            <w:r>
              <w:rPr>
                <w:b/>
              </w:rPr>
              <w:t>Payments in rand</w:t>
            </w:r>
          </w:p>
        </w:tc>
        <w:tc>
          <w:tcPr>
            <w:tcW w:type="dxa" w:w="1728"/>
            <w:shd w:val="clear" w:color="auto" w:fill="E7EEF7"/>
          </w:tcPr>
          <w:p>
            <w:r>
              <w:rPr>
                <w:b/>
              </w:rPr>
              <w:t>Closing cash in rand</w:t>
            </w:r>
          </w:p>
        </w:tc>
      </w:tr>
      <w:tr>
        <w:tc>
          <w:tcPr>
            <w:tcW w:type="dxa" w:w="1728"/>
          </w:tcPr>
          <w:p>
            <w:r>
              <w:t>[Period]</w:t>
            </w:r>
          </w:p>
        </w:tc>
        <w:tc>
          <w:tcPr>
            <w:tcW w:type="dxa" w:w="1728"/>
          </w:tcPr>
          <w:p>
            <w:r>
              <w:t>[Opening cash]</w:t>
            </w:r>
          </w:p>
        </w:tc>
        <w:tc>
          <w:tcPr>
            <w:tcW w:type="dxa" w:w="1728"/>
          </w:tcPr>
          <w:p>
            <w:r>
              <w:t>[Receipts]</w:t>
            </w:r>
          </w:p>
        </w:tc>
        <w:tc>
          <w:tcPr>
            <w:tcW w:type="dxa" w:w="1728"/>
          </w:tcPr>
          <w:p>
            <w:r>
              <w:t>[Payments, including loan repayments]</w:t>
            </w:r>
          </w:p>
        </w:tc>
        <w:tc>
          <w:tcPr>
            <w:tcW w:type="dxa" w:w="1728"/>
          </w:tcPr>
          <w:p>
            <w:r>
              <w:t>[Calculated closing cash]</w:t>
            </w:r>
          </w:p>
        </w:tc>
      </w:tr>
      <w:tr>
        <w:tc>
          <w:tcPr>
            <w:tcW w:type="dxa" w:w="1728"/>
          </w:tcPr>
          <w:p>
            <w:r>
              <w:t>[Next period]</w:t>
            </w:r>
          </w:p>
        </w:tc>
        <w:tc>
          <w:tcPr>
            <w:tcW w:type="dxa" w:w="1728"/>
          </w:tcPr>
          <w:p>
            <w:r>
              <w:t>[Previous period closing cash]</w:t>
            </w:r>
          </w:p>
        </w:tc>
        <w:tc>
          <w:tcPr>
            <w:tcW w:type="dxa" w:w="1728"/>
          </w:tcPr>
          <w:p>
            <w:r>
              <w:t>[Receipts]</w:t>
            </w:r>
          </w:p>
        </w:tc>
        <w:tc>
          <w:tcPr>
            <w:tcW w:type="dxa" w:w="1728"/>
          </w:tcPr>
          <w:p>
            <w:r>
              <w:t>[Payments, including loan repayments]</w:t>
            </w:r>
          </w:p>
        </w:tc>
        <w:tc>
          <w:tcPr>
            <w:tcW w:type="dxa" w:w="1728"/>
          </w:tcPr>
          <w:p>
            <w:r>
              <w:t>[Calculated closing cash]</w:t>
            </w:r>
          </w:p>
        </w:tc>
      </w:tr>
      <w:tr>
        <w:tc>
          <w:tcPr>
            <w:tcW w:type="dxa" w:w="1728"/>
          </w:tcPr>
          <w:p>
            <w:r>
              <w:t>[Following period]</w:t>
            </w:r>
          </w:p>
        </w:tc>
        <w:tc>
          <w:tcPr>
            <w:tcW w:type="dxa" w:w="1728"/>
          </w:tcPr>
          <w:p>
            <w:r>
              <w:t>[Previous period closing cash]</w:t>
            </w:r>
          </w:p>
        </w:tc>
        <w:tc>
          <w:tcPr>
            <w:tcW w:type="dxa" w:w="1728"/>
          </w:tcPr>
          <w:p>
            <w:r>
              <w:t>[Receipts]</w:t>
            </w:r>
          </w:p>
        </w:tc>
        <w:tc>
          <w:tcPr>
            <w:tcW w:type="dxa" w:w="1728"/>
          </w:tcPr>
          <w:p>
            <w:r>
              <w:t>[Payments, including loan repayments]</w:t>
            </w:r>
          </w:p>
        </w:tc>
        <w:tc>
          <w:tcPr>
            <w:tcW w:type="dxa" w:w="1728"/>
          </w:tcPr>
          <w:p>
            <w:r>
              <w:t>[Calculated closing cash]</w:t>
            </w:r>
          </w:p>
        </w:tc>
      </w:tr>
    </w:tbl>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Financial assumptions</w:t>
            </w:r>
          </w:p>
        </w:tc>
        <w:tc>
          <w:tcPr>
            <w:tcW w:type="dxa" w:w="4320"/>
          </w:tcPr>
          <w:p>
            <w:r>
              <w:t>[Explain your sales, cost and payment assumptions]</w:t>
            </w:r>
          </w:p>
        </w:tc>
      </w:tr>
      <w:tr>
        <w:tc>
          <w:tcPr>
            <w:tcW w:type="dxa" w:w="4320"/>
            <w:shd w:val="clear" w:color="auto" w:fill="E7EEF7"/>
          </w:tcPr>
          <w:p>
            <w:r>
              <w:rPr>
                <w:b/>
              </w:rPr>
              <w:t>How figures will be reviewed</w:t>
            </w:r>
          </w:p>
        </w:tc>
        <w:tc>
          <w:tcPr>
            <w:tcW w:type="dxa" w:w="4320"/>
          </w:tcPr>
          <w:p>
            <w:r>
              <w:t>[Who will review them and how often]</w:t>
            </w:r>
          </w:p>
        </w:tc>
      </w:tr>
    </w:tbl>
    <w:p/>
    <w:p>
      <w:pPr>
        <w:spacing w:before="200"/>
      </w:pPr>
      <w:r>
        <w:rPr>
          <w:b/>
          <w:sz w:val="26"/>
        </w:rPr>
        <w:t>Risks and responses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Risk or challenge</w:t>
            </w:r>
          </w:p>
        </w:tc>
        <w:tc>
          <w:tcPr>
            <w:tcW w:type="dxa" w:w="2160"/>
            <w:shd w:val="clear" w:color="auto" w:fill="E7EEF7"/>
          </w:tcPr>
          <w:p>
            <w:r>
              <w:rPr>
                <w:b/>
              </w:rPr>
              <w:t>Possible effect</w:t>
            </w:r>
          </w:p>
        </w:tc>
        <w:tc>
          <w:tcPr>
            <w:tcW w:type="dxa" w:w="2160"/>
            <w:shd w:val="clear" w:color="auto" w:fill="E7EEF7"/>
          </w:tcPr>
          <w:p>
            <w:r>
              <w:rPr>
                <w:b/>
              </w:rPr>
              <w:t>Planned response</w:t>
            </w:r>
          </w:p>
        </w:tc>
        <w:tc>
          <w:tcPr>
            <w:tcW w:type="dxa" w:w="2160"/>
            <w:shd w:val="clear" w:color="auto" w:fill="E7EEF7"/>
          </w:tcPr>
          <w:p>
            <w:r>
              <w:rPr>
                <w:b/>
              </w:rPr>
              <w:t>Person responsible</w:t>
            </w:r>
          </w:p>
        </w:tc>
      </w:tr>
      <w:tr>
        <w:tc>
          <w:tcPr>
            <w:tcW w:type="dxa" w:w="2160"/>
          </w:tcPr>
          <w:p>
            <w:r>
              <w:t>[example: Supplier delay]</w:t>
            </w:r>
          </w:p>
        </w:tc>
        <w:tc>
          <w:tcPr>
            <w:tcW w:type="dxa" w:w="2160"/>
          </w:tcPr>
          <w:p>
            <w:r>
              <w:t>[example: Orders may be late]</w:t>
            </w:r>
          </w:p>
        </w:tc>
        <w:tc>
          <w:tcPr>
            <w:tcW w:type="dxa" w:w="2160"/>
          </w:tcPr>
          <w:p>
            <w:r>
              <w:t>[example: Keep an alternative supplier]</w:t>
            </w:r>
          </w:p>
        </w:tc>
        <w:tc>
          <w:tcPr>
            <w:tcW w:type="dxa" w:w="2160"/>
          </w:tcPr>
          <w:p>
            <w:r>
              <w:t>[example: Owner]</w:t>
            </w:r>
          </w:p>
        </w:tc>
      </w:tr>
      <w:tr>
        <w:tc>
          <w:tcPr>
            <w:tcW w:type="dxa" w:w="2160"/>
          </w:tcPr>
          <w:p>
            <w:r>
              <w:t>[Risk]</w:t>
            </w:r>
          </w:p>
        </w:tc>
        <w:tc>
          <w:tcPr>
            <w:tcW w:type="dxa" w:w="2160"/>
          </w:tcPr>
          <w:p>
            <w:r>
              <w:t>[Possible effect]</w:t>
            </w:r>
          </w:p>
        </w:tc>
        <w:tc>
          <w:tcPr>
            <w:tcW w:type="dxa" w:w="2160"/>
          </w:tcPr>
          <w:p>
            <w:r>
              <w:t>[Response]</w:t>
            </w:r>
          </w:p>
        </w:tc>
        <w:tc>
          <w:tcPr>
            <w:tcW w:type="dxa" w:w="2160"/>
          </w:tcPr>
          <w:p>
            <w:r>
              <w:t>[Person]</w:t>
            </w:r>
          </w:p>
        </w:tc>
      </w:tr>
    </w:tbl>
    <w:p/>
    <w:p>
      <w:pPr>
        <w:spacing w:before="200"/>
      </w:pPr>
      <w:r>
        <w:rPr>
          <w:b/>
          <w:sz w:val="26"/>
        </w:rPr>
        <w:t>Action plan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Action</w:t>
            </w:r>
          </w:p>
        </w:tc>
        <w:tc>
          <w:tcPr>
            <w:tcW w:type="dxa" w:w="2160"/>
            <w:shd w:val="clear" w:color="auto" w:fill="E7EEF7"/>
          </w:tcPr>
          <w:p>
            <w:r>
              <w:rPr>
                <w:b/>
              </w:rPr>
              <w:t>Person responsible</w:t>
            </w:r>
          </w:p>
        </w:tc>
        <w:tc>
          <w:tcPr>
            <w:tcW w:type="dxa" w:w="2160"/>
            <w:shd w:val="clear" w:color="auto" w:fill="E7EEF7"/>
          </w:tcPr>
          <w:p>
            <w:r>
              <w:rPr>
                <w:b/>
              </w:rPr>
              <w:t>Target date</w:t>
            </w:r>
          </w:p>
        </w:tc>
        <w:tc>
          <w:tcPr>
            <w:tcW w:type="dxa" w:w="2160"/>
            <w:shd w:val="clear" w:color="auto" w:fill="E7EEF7"/>
          </w:tcPr>
          <w:p>
            <w:r>
              <w:rPr>
                <w:b/>
              </w:rPr>
              <w:t>Progress or notes</w:t>
            </w:r>
          </w:p>
        </w:tc>
      </w:tr>
      <w:tr>
        <w:tc>
          <w:tcPr>
            <w:tcW w:type="dxa" w:w="2160"/>
          </w:tcPr>
          <w:p>
            <w:r>
              <w:t>[example: Confirm supplier prices]</w:t>
            </w:r>
          </w:p>
        </w:tc>
        <w:tc>
          <w:tcPr>
            <w:tcW w:type="dxa" w:w="2160"/>
          </w:tcPr>
          <w:p>
            <w:r>
              <w:t>[example: Owner]</w:t>
            </w:r>
          </w:p>
        </w:tc>
        <w:tc>
          <w:tcPr>
            <w:tcW w:type="dxa" w:w="2160"/>
          </w:tcPr>
          <w:p>
            <w:r>
              <w:t>[example: Date]</w:t>
            </w:r>
          </w:p>
        </w:tc>
        <w:tc>
          <w:tcPr>
            <w:tcW w:type="dxa" w:w="2160"/>
          </w:tcPr>
          <w:p>
            <w:r>
              <w:t>[example: Not started]</w:t>
            </w:r>
          </w:p>
        </w:tc>
      </w:tr>
      <w:tr>
        <w:tc>
          <w:tcPr>
            <w:tcW w:type="dxa" w:w="2160"/>
          </w:tcPr>
          <w:p>
            <w:r>
              <w:t>[Action]</w:t>
            </w:r>
          </w:p>
        </w:tc>
        <w:tc>
          <w:tcPr>
            <w:tcW w:type="dxa" w:w="2160"/>
          </w:tcPr>
          <w:p>
            <w:r>
              <w:t>[Person]</w:t>
            </w:r>
          </w:p>
        </w:tc>
        <w:tc>
          <w:tcPr>
            <w:tcW w:type="dxa" w:w="2160"/>
          </w:tcPr>
          <w:p>
            <w:r>
              <w:t>[Date]</w:t>
            </w:r>
          </w:p>
        </w:tc>
        <w:tc>
          <w:tcPr>
            <w:tcW w:type="dxa" w:w="2160"/>
          </w:tcPr>
          <w:p>
            <w:r>
              <w:t>[Progress]</w:t>
            </w:r>
          </w:p>
        </w:tc>
      </w:tr>
    </w:tbl>
    <w:p/>
    <w:p>
      <w:pPr>
        <w:spacing w:before="200"/>
      </w:pPr>
      <w:r>
        <w:rPr>
          <w:b/>
          <w:sz w:val="26"/>
        </w:rPr>
        <w:t>Supporting documents</w:t>
      </w:r>
    </w:p>
    <w:p>
      <w:pPr>
        <w:pStyle w:val="ListBullet"/>
      </w:pPr>
      <w:r>
        <w:t>[Owner identity or contact documents, if requested]</w:t>
      </w:r>
    </w:p>
    <w:p>
      <w:pPr>
        <w:pStyle w:val="ListBullet"/>
      </w:pPr>
      <w:r>
        <w:t>[Supplier quotations or price lists]</w:t>
      </w:r>
    </w:p>
    <w:p>
      <w:pPr>
        <w:pStyle w:val="ListBullet"/>
      </w:pPr>
      <w:r>
        <w:t>[Market research or customer feedback]</w:t>
      </w:r>
    </w:p>
    <w:p>
      <w:pPr>
        <w:pStyle w:val="ListBullet"/>
      </w:pPr>
      <w:r>
        <w:t>[Business registration or tax records, where relevant]</w:t>
      </w:r>
    </w:p>
    <w:p>
      <w:pPr>
        <w:pStyle w:val="ListBullet"/>
      </w:pPr>
      <w:r>
        <w:t>[Financial records or forecasts]</w:t>
      </w:r>
    </w:p>
    <w:p>
      <w:pPr>
        <w:pStyle w:val="ListBullet"/>
      </w:pPr>
      <w:r>
        <w:t>[Other supporting document]</w:t>
      </w:r>
    </w:p>
    <w:p>
      <w:pPr>
        <w:spacing w:before="200"/>
      </w:pPr>
      <w:r>
        <w:rPr>
          <w:b/>
          <w:sz w:val="26"/>
        </w:rPr>
        <w:t>Confirmation</w:t>
      </w:r>
    </w:p>
    <w:p>
      <w:r>
        <w:t>The people signing below confirm that they have reviewed the information in this plan. Update the plan if important assumptions or business details change.</w:t>
      </w:r>
    </w:p>
    <w:p>
      <w:pPr>
        <w:spacing w:before="360"/>
      </w:pPr>
      <w:r>
        <w:t>_______________________________     Date: ______________</w:t>
        <w:br/>
        <w:t>Owner or founder: [Full name and signature]</w:t>
      </w:r>
    </w:p>
    <w:p>
      <w:pPr>
        <w:spacing w:before="360"/>
      </w:pPr>
      <w:r>
        <w:t>_______________________________     Date: ______________</w:t>
        <w:br/>
        <w:t>Co-owner or partner: [Full name and signature, if applicable]</w:t>
      </w:r>
    </w:p>
    <w:p>
      <w:pPr>
        <w:spacing w:before="360"/>
      </w:pPr>
      <w:r>
        <w:t>_______________________________     Date: ______________</w:t>
        <w:br/>
        <w:t>Prepared by: [Full name and signature]</w:t>
      </w:r>
    </w:p>
    <w:p>
      <w:pPr>
        <w:spacing w:before="360"/>
      </w:pPr>
      <w:r>
        <w:t>_______________________________     Date: ______________</w:t>
        <w:br/>
        <w:t>Date: [Date]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template from GovNet (govnet.co.za). Check it fits your situation before you use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