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91"/>
          <w:sz w:val="36"/>
        </w:rPr>
        <w:t>Company Profile</w:t>
      </w:r>
    </w:p>
    <w:p>
      <w:r>
        <w:rPr>
          <w:i/>
          <w:sz w:val="19"/>
        </w:rPr>
        <w:t>Replace bracketed prompts, add rows where needed and remove sections that do not apply. Attach supporting records requested by the recipient.</w:t>
      </w:r>
    </w:p>
    <w:p>
      <w:pPr>
        <w:spacing w:before="200"/>
      </w:pPr>
      <w:r>
        <w:rPr>
          <w:b/>
          <w:sz w:val="26"/>
        </w:rPr>
        <w:t>Business profile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Registered business name</w:t>
            </w:r>
          </w:p>
        </w:tc>
        <w:tc>
          <w:tcPr>
            <w:tcW w:type="dxa" w:w="4320"/>
          </w:tcPr>
          <w:p>
            <w:r>
              <w:t>[Registered business 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Trading name</w:t>
            </w:r>
          </w:p>
        </w:tc>
        <w:tc>
          <w:tcPr>
            <w:tcW w:type="dxa" w:w="4320"/>
          </w:tcPr>
          <w:p>
            <w:r>
              <w:t>[Trading name, if different]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Prepared for</w:t>
            </w:r>
          </w:p>
        </w:tc>
        <w:tc>
          <w:tcPr>
            <w:tcW w:type="dxa" w:w="4320"/>
          </w:tcPr>
          <w:p>
            <w:r>
              <w:t>[Tender, client or supplier database]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4320"/>
          </w:tcPr>
          <w:p>
            <w:r>
              <w:t>[Contact person's 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Date prepared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</w:tbl>
    <w:p/>
    <w:p>
      <w:pPr>
        <w:spacing w:before="200"/>
      </w:pPr>
      <w:r>
        <w:rPr>
          <w:b/>
          <w:sz w:val="26"/>
        </w:rPr>
        <w:t>Business overview</w:t>
      </w:r>
    </w:p>
    <w:p>
      <w:r>
        <w:t>[Write a short summary of the business, its customers and the areas it serves.]</w:t>
      </w:r>
    </w:p>
    <w:p>
      <w:pPr>
        <w:spacing w:before="200"/>
      </w:pPr>
      <w:r>
        <w:rPr>
          <w:b/>
          <w:sz w:val="26"/>
        </w:rPr>
        <w:t>Company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Business type</w:t>
            </w:r>
          </w:p>
        </w:tc>
        <w:tc>
          <w:tcPr>
            <w:tcW w:type="dxa" w:w="4320"/>
          </w:tcPr>
          <w:p>
            <w:r>
              <w:t>[Business type]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CIPC registration number</w:t>
            </w:r>
          </w:p>
        </w:tc>
        <w:tc>
          <w:tcPr>
            <w:tcW w:type="dxa" w:w="4320"/>
          </w:tcPr>
          <w:p>
            <w:r>
              <w:t>[Registration number, if applicable]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SARS tax status or reference</w:t>
            </w:r>
          </w:p>
        </w:tc>
        <w:tc>
          <w:tcPr>
            <w:tcW w:type="dxa" w:w="4320"/>
          </w:tcPr>
          <w:p>
            <w:r>
              <w:t>[Details, if requested]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B-BBEE status</w:t>
            </w:r>
          </w:p>
        </w:tc>
        <w:tc>
          <w:tcPr>
            <w:tcW w:type="dxa" w:w="4320"/>
          </w:tcPr>
          <w:p>
            <w:r>
              <w:t>[Status, if applicable]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Year started</w:t>
            </w:r>
          </w:p>
        </w:tc>
        <w:tc>
          <w:tcPr>
            <w:tcW w:type="dxa" w:w="4320"/>
          </w:tcPr>
          <w:p>
            <w:r>
              <w:t>[Year]</w:t>
            </w:r>
          </w:p>
        </w:tc>
      </w:tr>
    </w:tbl>
    <w:p/>
    <w:p>
      <w:pPr>
        <w:spacing w:before="200"/>
      </w:pPr>
      <w:r>
        <w:rPr>
          <w:b/>
          <w:sz w:val="26"/>
        </w:rPr>
        <w:t>Contact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Primary contact and role</w:t>
            </w:r>
          </w:p>
        </w:tc>
        <w:tc>
          <w:tcPr>
            <w:tcW w:type="dxa" w:w="4320"/>
          </w:tcPr>
          <w:p>
            <w:r>
              <w:t>[Name and role]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Telephone</w:t>
            </w:r>
          </w:p>
        </w:tc>
        <w:tc>
          <w:tcPr>
            <w:tcW w:type="dxa" w:w="4320"/>
          </w:tcPr>
          <w:p>
            <w:r>
              <w:t>[Telephone number]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4320"/>
          </w:tcPr>
          <w:p>
            <w:r>
              <w:t>[Email address]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Physical address</w:t>
            </w:r>
          </w:p>
        </w:tc>
        <w:tc>
          <w:tcPr>
            <w:tcW w:type="dxa" w:w="4320"/>
          </w:tcPr>
          <w:p>
            <w:r>
              <w:t>[Street address and municipality]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Postal address</w:t>
            </w:r>
          </w:p>
        </w:tc>
        <w:tc>
          <w:tcPr>
            <w:tcW w:type="dxa" w:w="4320"/>
          </w:tcPr>
          <w:p>
            <w:r>
              <w:t>[Postal address, if different]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Areas served</w:t>
            </w:r>
          </w:p>
        </w:tc>
        <w:tc>
          <w:tcPr>
            <w:tcW w:type="dxa" w:w="4320"/>
          </w:tcPr>
          <w:p>
            <w:r>
              <w:t>[Municipalities or service areas]</w:t>
            </w:r>
          </w:p>
        </w:tc>
      </w:tr>
    </w:tbl>
    <w:p/>
    <w:p>
      <w:pPr>
        <w:spacing w:before="200"/>
      </w:pPr>
      <w:r>
        <w:rPr>
          <w:b/>
          <w:sz w:val="26"/>
        </w:rPr>
        <w:t>Ownership and management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Relevant experience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Main responsibility</w:t>
            </w:r>
          </w:p>
        </w:tc>
      </w:tr>
      <w:tr>
        <w:tc>
          <w:tcPr>
            <w:tcW w:type="dxa" w:w="2160"/>
          </w:tcPr>
          <w:p>
            <w:r>
              <w:t>[example: Ayesha Mokoena]</w:t>
            </w:r>
          </w:p>
        </w:tc>
        <w:tc>
          <w:tcPr>
            <w:tcW w:type="dxa" w:w="2160"/>
          </w:tcPr>
          <w:p>
            <w:r>
              <w:t>[example: Owner]</w:t>
            </w:r>
          </w:p>
        </w:tc>
        <w:tc>
          <w:tcPr>
            <w:tcW w:type="dxa" w:w="2160"/>
          </w:tcPr>
          <w:p>
            <w:r>
              <w:t>[example: Small business administration]</w:t>
            </w:r>
          </w:p>
        </w:tc>
        <w:tc>
          <w:tcPr>
            <w:tcW w:type="dxa" w:w="2160"/>
          </w:tcPr>
          <w:p>
            <w:r>
              <w:t>[example: Client relationships]</w:t>
            </w:r>
          </w:p>
        </w:tc>
      </w:tr>
      <w:tr>
        <w:tc>
          <w:tcPr>
            <w:tcW w:type="dxa" w:w="2160"/>
          </w:tcPr>
          <w:p>
            <w:r>
              <w:t>[Owner or manager name]</w:t>
            </w:r>
          </w:p>
        </w:tc>
        <w:tc>
          <w:tcPr>
            <w:tcW w:type="dxa" w:w="2160"/>
          </w:tcPr>
          <w:p>
            <w:r>
              <w:t>[Role]</w:t>
            </w:r>
          </w:p>
        </w:tc>
        <w:tc>
          <w:tcPr>
            <w:tcW w:type="dxa" w:w="2160"/>
          </w:tcPr>
          <w:p>
            <w:r>
              <w:t>[Relevant experience]</w:t>
            </w:r>
          </w:p>
        </w:tc>
        <w:tc>
          <w:tcPr>
            <w:tcW w:type="dxa" w:w="2160"/>
          </w:tcPr>
          <w:p>
            <w:r>
              <w:t>[Main responsibility]</w:t>
            </w:r>
          </w:p>
        </w:tc>
      </w:tr>
    </w:tbl>
    <w:p/>
    <w:p>
      <w:pPr>
        <w:spacing w:before="200"/>
      </w:pPr>
      <w:r>
        <w:rPr>
          <w:b/>
          <w:sz w:val="26"/>
        </w:rPr>
        <w:t>Products and services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Product or service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Typical customer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Area served</w:t>
            </w:r>
          </w:p>
        </w:tc>
      </w:tr>
      <w:tr>
        <w:tc>
          <w:tcPr>
            <w:tcW w:type="dxa" w:w="2160"/>
          </w:tcPr>
          <w:p>
            <w:r>
              <w:t>[example: Meeting catering]</w:t>
            </w:r>
          </w:p>
        </w:tc>
        <w:tc>
          <w:tcPr>
            <w:tcW w:type="dxa" w:w="2160"/>
          </w:tcPr>
          <w:p>
            <w:r>
              <w:t>[example: Prepared meals and refreshments]</w:t>
            </w:r>
          </w:p>
        </w:tc>
        <w:tc>
          <w:tcPr>
            <w:tcW w:type="dxa" w:w="2160"/>
          </w:tcPr>
          <w:p>
            <w:r>
              <w:t>[example: Local offices]</w:t>
            </w:r>
          </w:p>
        </w:tc>
        <w:tc>
          <w:tcPr>
            <w:tcW w:type="dxa" w:w="2160"/>
          </w:tcPr>
          <w:p>
            <w:r>
              <w:t>[example: Nearby municipalities]</w:t>
            </w:r>
          </w:p>
        </w:tc>
      </w:tr>
      <w:tr>
        <w:tc>
          <w:tcPr>
            <w:tcW w:type="dxa" w:w="2160"/>
          </w:tcPr>
          <w:p>
            <w:r>
              <w:t>[Product or service]</w:t>
            </w:r>
          </w:p>
        </w:tc>
        <w:tc>
          <w:tcPr>
            <w:tcW w:type="dxa" w:w="2160"/>
          </w:tcPr>
          <w:p>
            <w:r>
              <w:t>[Short description]</w:t>
            </w:r>
          </w:p>
        </w:tc>
        <w:tc>
          <w:tcPr>
            <w:tcW w:type="dxa" w:w="2160"/>
          </w:tcPr>
          <w:p>
            <w:r>
              <w:t>[Customer type]</w:t>
            </w:r>
          </w:p>
        </w:tc>
        <w:tc>
          <w:tcPr>
            <w:tcW w:type="dxa" w:w="2160"/>
          </w:tcPr>
          <w:p>
            <w:r>
              <w:t>[Service area]</w:t>
            </w:r>
          </w:p>
        </w:tc>
      </w:tr>
    </w:tbl>
    <w:p/>
    <w:p>
      <w:pPr>
        <w:spacing w:before="200"/>
      </w:pPr>
      <w:r>
        <w:rPr>
          <w:b/>
          <w:sz w:val="26"/>
        </w:rPr>
        <w:t>Experience and track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Client or project type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Work supplied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Period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Reference contact, if permitted</w:t>
            </w:r>
          </w:p>
        </w:tc>
      </w:tr>
      <w:tr>
        <w:tc>
          <w:tcPr>
            <w:tcW w:type="dxa" w:w="2160"/>
          </w:tcPr>
          <w:p>
            <w:r>
              <w:t>[example: Local school]</w:t>
            </w:r>
          </w:p>
        </w:tc>
        <w:tc>
          <w:tcPr>
            <w:tcW w:type="dxa" w:w="2160"/>
          </w:tcPr>
          <w:p>
            <w:r>
              <w:t>[example: Meal catering]</w:t>
            </w:r>
          </w:p>
        </w:tc>
        <w:tc>
          <w:tcPr>
            <w:tcW w:type="dxa" w:w="2160"/>
          </w:tcPr>
          <w:p>
            <w:r>
              <w:t>[example: March to June]</w:t>
            </w:r>
          </w:p>
        </w:tc>
        <w:tc>
          <w:tcPr>
            <w:tcW w:type="dxa" w:w="2160"/>
          </w:tcPr>
          <w:p>
            <w:r>
              <w:t>[example: Available on request]</w:t>
            </w:r>
          </w:p>
        </w:tc>
      </w:tr>
      <w:tr>
        <w:tc>
          <w:tcPr>
            <w:tcW w:type="dxa" w:w="2160"/>
          </w:tcPr>
          <w:p>
            <w:r>
              <w:t>[Client or project type]</w:t>
            </w:r>
          </w:p>
        </w:tc>
        <w:tc>
          <w:tcPr>
            <w:tcW w:type="dxa" w:w="2160"/>
          </w:tcPr>
          <w:p>
            <w:r>
              <w:t>[Work supplied]</w:t>
            </w:r>
          </w:p>
        </w:tc>
        <w:tc>
          <w:tcPr>
            <w:tcW w:type="dxa" w:w="2160"/>
          </w:tcPr>
          <w:p>
            <w:r>
              <w:t>[Period]</w:t>
            </w:r>
          </w:p>
        </w:tc>
        <w:tc>
          <w:tcPr>
            <w:tcW w:type="dxa" w:w="2160"/>
          </w:tcPr>
          <w:p>
            <w:r>
              <w:t>[Reference contact or not applicable]</w:t>
            </w:r>
          </w:p>
        </w:tc>
      </w:tr>
    </w:tbl>
    <w:p/>
    <w:p>
      <w:pPr>
        <w:spacing w:before="200"/>
      </w:pPr>
      <w:r>
        <w:rPr>
          <w:b/>
          <w:sz w:val="26"/>
        </w:rPr>
        <w:t>Capacity and delivery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Staff and key skills</w:t>
            </w:r>
          </w:p>
        </w:tc>
        <w:tc>
          <w:tcPr>
            <w:tcW w:type="dxa" w:w="4320"/>
          </w:tcPr>
          <w:p>
            <w:r>
              <w:t>[Staff roles and relevant skills]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Equipment and tools</w:t>
            </w:r>
          </w:p>
        </w:tc>
        <w:tc>
          <w:tcPr>
            <w:tcW w:type="dxa" w:w="4320"/>
          </w:tcPr>
          <w:p>
            <w:r>
              <w:t>[Equipment or tools available]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How orders are handled</w:t>
            </w:r>
          </w:p>
        </w:tc>
        <w:tc>
          <w:tcPr>
            <w:tcW w:type="dxa" w:w="4320"/>
          </w:tcPr>
          <w:p>
            <w:r>
              <w:t>[Order and delivery process]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Service area</w:t>
            </w:r>
          </w:p>
        </w:tc>
        <w:tc>
          <w:tcPr>
            <w:tcW w:type="dxa" w:w="4320"/>
          </w:tcPr>
          <w:p>
            <w:r>
              <w:t>[Municipalities or areas covered]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Additional capacity details</w:t>
            </w:r>
          </w:p>
        </w:tc>
        <w:tc>
          <w:tcPr>
            <w:tcW w:type="dxa" w:w="4320"/>
          </w:tcPr>
          <w:p>
            <w:r>
              <w:t>[Other details relevant to supplying the work]</w:t>
            </w:r>
          </w:p>
        </w:tc>
      </w:tr>
    </w:tbl>
    <w:p/>
    <w:p>
      <w:pPr>
        <w:spacing w:before="200"/>
      </w:pPr>
      <w:r>
        <w:rPr>
          <w:b/>
          <w:sz w:val="26"/>
        </w:rPr>
        <w:t>Supporting documents</w:t>
      </w:r>
    </w:p>
    <w:p>
      <w:r>
        <w:rPr>
          <w:i/>
          <w:sz w:val="19"/>
        </w:rPr>
        <w:t>Mark each item as attached, available or not applicable. Add or remove rows to suit the recipient's request.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CIPC registration confirmation</w:t>
            </w:r>
          </w:p>
        </w:tc>
        <w:tc>
          <w:tcPr>
            <w:tcW w:type="dxa" w:w="2880"/>
          </w:tcPr>
          <w:p>
            <w:r>
              <w:t>[Status]</w:t>
            </w:r>
          </w:p>
        </w:tc>
        <w:tc>
          <w:tcPr>
            <w:tcW w:type="dxa" w:w="2880"/>
          </w:tcPr>
          <w:p>
            <w:r>
              <w:t>[Notes]</w:t>
            </w:r>
          </w:p>
        </w:tc>
      </w:tr>
      <w:tr>
        <w:tc>
          <w:tcPr>
            <w:tcW w:type="dxa" w:w="2880"/>
          </w:tcPr>
          <w:p>
            <w:r>
              <w:t>SARS tax status evidence</w:t>
            </w:r>
          </w:p>
        </w:tc>
        <w:tc>
          <w:tcPr>
            <w:tcW w:type="dxa" w:w="2880"/>
          </w:tcPr>
          <w:p>
            <w:r>
              <w:t>[Status]</w:t>
            </w:r>
          </w:p>
        </w:tc>
        <w:tc>
          <w:tcPr>
            <w:tcW w:type="dxa" w:w="2880"/>
          </w:tcPr>
          <w:p>
            <w:r>
              <w:t>[Notes]</w:t>
            </w:r>
          </w:p>
        </w:tc>
      </w:tr>
      <w:tr>
        <w:tc>
          <w:tcPr>
            <w:tcW w:type="dxa" w:w="2880"/>
          </w:tcPr>
          <w:p>
            <w:r>
              <w:t>B-BBEE affidavit or certificate</w:t>
            </w:r>
          </w:p>
        </w:tc>
        <w:tc>
          <w:tcPr>
            <w:tcW w:type="dxa" w:w="2880"/>
          </w:tcPr>
          <w:p>
            <w:r>
              <w:t>[Status or not applicable]</w:t>
            </w:r>
          </w:p>
        </w:tc>
        <w:tc>
          <w:tcPr>
            <w:tcW w:type="dxa" w:w="2880"/>
          </w:tcPr>
          <w:p>
            <w:r>
              <w:t>[Notes]</w:t>
            </w:r>
          </w:p>
        </w:tc>
      </w:tr>
      <w:tr>
        <w:tc>
          <w:tcPr>
            <w:tcW w:type="dxa" w:w="2880"/>
          </w:tcPr>
          <w:p>
            <w:r>
              <w:t>Business address confirmation</w:t>
            </w:r>
          </w:p>
        </w:tc>
        <w:tc>
          <w:tcPr>
            <w:tcW w:type="dxa" w:w="2880"/>
          </w:tcPr>
          <w:p>
            <w:r>
              <w:t>[Status]</w:t>
            </w:r>
          </w:p>
        </w:tc>
        <w:tc>
          <w:tcPr>
            <w:tcW w:type="dxa" w:w="2880"/>
          </w:tcPr>
          <w:p>
            <w:r>
              <w:t>[Notes]</w:t>
            </w:r>
          </w:p>
        </w:tc>
      </w:tr>
      <w:tr>
        <w:tc>
          <w:tcPr>
            <w:tcW w:type="dxa" w:w="2880"/>
          </w:tcPr>
          <w:p>
            <w:r>
              <w:t>References or work samples</w:t>
            </w:r>
          </w:p>
        </w:tc>
        <w:tc>
          <w:tcPr>
            <w:tcW w:type="dxa" w:w="2880"/>
          </w:tcPr>
          <w:p>
            <w:r>
              <w:t>[Status]</w:t>
            </w:r>
          </w:p>
        </w:tc>
        <w:tc>
          <w:tcPr>
            <w:tcW w:type="dxa" w:w="2880"/>
          </w:tcPr>
          <w:p>
            <w:r>
              <w:t>[Notes]</w:t>
            </w:r>
          </w:p>
        </w:tc>
      </w:tr>
    </w:tbl>
    <w:p/>
    <w:p>
      <w:pPr>
        <w:spacing w:before="200"/>
      </w:pPr>
      <w:r>
        <w:rPr>
          <w:b/>
          <w:sz w:val="26"/>
        </w:rPr>
        <w:t>Declaration</w:t>
      </w:r>
    </w:p>
    <w:p>
      <w:r>
        <w:t>I confirm that this profile is accurate to the best of my knowledge and that I am authorised to provide it.</w:t>
      </w:r>
    </w:p>
    <w:p>
      <w:pPr>
        <w:spacing w:before="360"/>
      </w:pPr>
      <w:r>
        <w:t>_______________________________     Date: ______________</w:t>
        <w:br/>
        <w:t>Authorised representative — [Full name]</w:t>
      </w:r>
    </w:p>
    <w:p>
      <w:pPr>
        <w:spacing w:before="360"/>
      </w:pPr>
      <w:r>
        <w:t>_______________________________     Date: ______________</w:t>
        <w:br/>
        <w:t>Role — [Role]</w:t>
      </w:r>
    </w:p>
    <w:p>
      <w:pPr>
        <w:spacing w:before="360"/>
      </w:pPr>
      <w:r>
        <w:t>_______________________________     Date: ______________</w:t>
        <w:br/>
        <w:t>Signature — [Signature]</w:t>
      </w:r>
    </w:p>
    <w:p>
      <w:pPr>
        <w:spacing w:before="360"/>
      </w:pPr>
      <w:r>
        <w:t>_______________________________     Date: ______________</w:t>
        <w:br/>
        <w:t>Date — [Date]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Free template from GovNet (govnet.co.za). Check it fits your situation before you use 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