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91"/>
          <w:sz w:val="36"/>
        </w:rPr>
        <w:t>Competitor analysis template</w:t>
      </w:r>
    </w:p>
    <w:p>
      <w:r>
        <w:t>Use this document to compare businesses or service providers that serve a similar customer or need.</w:t>
      </w:r>
    </w:p>
    <w:p>
      <w:pPr>
        <w:spacing w:before="200"/>
      </w:pPr>
      <w:r>
        <w:rPr>
          <w:b/>
          <w:sz w:val="26"/>
        </w:rPr>
        <w:t>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Business, project or group</w:t>
            </w:r>
          </w:p>
        </w:tc>
        <w:tc>
          <w:tcPr>
            <w:tcW w:type="dxa" w:w="4320"/>
          </w:tcPr>
          <w:p>
            <w:r>
              <w:t>[Your business, project or group]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4320"/>
          </w:tcPr>
          <w:p>
            <w:r>
              <w:t>[Name]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Area or customer group</w:t>
            </w:r>
          </w:p>
        </w:tc>
        <w:tc>
          <w:tcPr>
            <w:tcW w:type="dxa" w:w="4320"/>
          </w:tcPr>
          <w:p>
            <w:r>
              <w:t>[Suburb, town, municipality or audience]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Products or services compared</w:t>
            </w:r>
          </w:p>
        </w:tc>
        <w:tc>
          <w:tcPr>
            <w:tcW w:type="dxa" w:w="4320"/>
          </w:tcPr>
          <w:p>
            <w:r>
              <w:t>[Product or service]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Date reviewed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4320"/>
          </w:tcPr>
          <w:p>
            <w:r>
              <w:t>[Decision this comparison should support]</w:t>
            </w:r>
          </w:p>
        </w:tc>
      </w:tr>
    </w:tbl>
    <w:p/>
    <w:p>
      <w:r>
        <w:rPr>
          <w:i/>
          <w:sz w:val="19"/>
        </w:rPr>
        <w:t>Record what you observed and when. Mark estimates clearly. Keep the comparison focused on the same customer need.</w:t>
      </w:r>
    </w:p>
    <w:p>
      <w:pPr>
        <w:spacing w:before="200"/>
      </w:pPr>
      <w:r>
        <w:rPr>
          <w:b/>
          <w:sz w:val="26"/>
        </w:rPr>
        <w:t>Competitor comparison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Competitor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Product or service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Price and what is included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Place and access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Promotion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Strengths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Weaknesses or gaps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Evidence and date checked</w:t>
            </w:r>
          </w:p>
        </w:tc>
        <w:tc>
          <w:tcPr>
            <w:tcW w:type="dxa" w:w="960"/>
            <w:shd w:val="clear" w:color="auto" w:fill="E7EEF7"/>
          </w:tcPr>
          <w:p>
            <w:r>
              <w:rPr>
                <w:b/>
              </w:rPr>
              <w:t>Possible response</w:t>
            </w:r>
          </w:p>
        </w:tc>
      </w:tr>
      <w:tr>
        <w:tc>
          <w:tcPr>
            <w:tcW w:type="dxa" w:w="960"/>
          </w:tcPr>
          <w:p>
            <w:r>
              <w:t>[example] Neighbourhood bakery</w:t>
            </w:r>
          </w:p>
        </w:tc>
        <w:tc>
          <w:tcPr>
            <w:tcW w:type="dxa" w:w="960"/>
          </w:tcPr>
          <w:p>
            <w:r>
              <w:t>[example] Fresh bread and custom cakes</w:t>
            </w:r>
          </w:p>
        </w:tc>
        <w:tc>
          <w:tcPr>
            <w:tcW w:type="dxa" w:w="960"/>
          </w:tcPr>
          <w:p>
            <w:r>
              <w:t>[example] Mid-range loaf; confirm current price</w:t>
            </w:r>
          </w:p>
        </w:tc>
        <w:tc>
          <w:tcPr>
            <w:tcW w:type="dxa" w:w="960"/>
          </w:tcPr>
          <w:p>
            <w:r>
              <w:t>[example] Main road and local delivery</w:t>
            </w:r>
          </w:p>
        </w:tc>
        <w:tc>
          <w:tcPr>
            <w:tcW w:type="dxa" w:w="960"/>
          </w:tcPr>
          <w:p>
            <w:r>
              <w:t>[example] Specials shared on WhatsApp</w:t>
            </w:r>
          </w:p>
        </w:tc>
        <w:tc>
          <w:tcPr>
            <w:tcW w:type="dxa" w:w="960"/>
          </w:tcPr>
          <w:p>
            <w:r>
              <w:t>[example] Known in the area</w:t>
            </w:r>
          </w:p>
        </w:tc>
        <w:tc>
          <w:tcPr>
            <w:tcW w:type="dxa" w:w="960"/>
          </w:tcPr>
          <w:p>
            <w:r>
              <w:t>[example] Limited evening hours</w:t>
            </w:r>
          </w:p>
        </w:tc>
        <w:tc>
          <w:tcPr>
            <w:tcW w:type="dxa" w:w="960"/>
          </w:tcPr>
          <w:p>
            <w:r>
              <w:t>[example] Shop visit, [example] date</w:t>
            </w:r>
          </w:p>
        </w:tc>
        <w:tc>
          <w:tcPr>
            <w:tcW w:type="dxa" w:w="960"/>
          </w:tcPr>
          <w:p>
            <w:r>
              <w:t>[example] Test later collection</w:t>
            </w:r>
          </w:p>
        </w:tc>
      </w:tr>
      <w:tr>
        <w:tc>
          <w:tcPr>
            <w:tcW w:type="dxa" w:w="960"/>
          </w:tcPr>
          <w:p>
            <w:r>
              <w:t>[Competitor name]</w:t>
            </w:r>
          </w:p>
        </w:tc>
        <w:tc>
          <w:tcPr>
            <w:tcW w:type="dxa" w:w="960"/>
          </w:tcPr>
          <w:p>
            <w:r>
              <w:t>[Main products or services]</w:t>
            </w:r>
          </w:p>
        </w:tc>
        <w:tc>
          <w:tcPr>
            <w:tcW w:type="dxa" w:w="960"/>
          </w:tcPr>
          <w:p>
            <w:r>
              <w:t>[Price and inclusions]</w:t>
            </w:r>
          </w:p>
        </w:tc>
        <w:tc>
          <w:tcPr>
            <w:tcW w:type="dxa" w:w="960"/>
          </w:tcPr>
          <w:p>
            <w:r>
              <w:t>[Location, delivery or access]</w:t>
            </w:r>
          </w:p>
        </w:tc>
        <w:tc>
          <w:tcPr>
            <w:tcW w:type="dxa" w:w="960"/>
          </w:tcPr>
          <w:p>
            <w:r>
              <w:t>[How it promotes its offer]</w:t>
            </w:r>
          </w:p>
        </w:tc>
        <w:tc>
          <w:tcPr>
            <w:tcW w:type="dxa" w:w="960"/>
          </w:tcPr>
          <w:p>
            <w:r>
              <w:t>[Observed advantage]</w:t>
            </w:r>
          </w:p>
        </w:tc>
        <w:tc>
          <w:tcPr>
            <w:tcW w:type="dxa" w:w="960"/>
          </w:tcPr>
          <w:p>
            <w:r>
              <w:t>[Observed gap]</w:t>
            </w:r>
          </w:p>
        </w:tc>
        <w:tc>
          <w:tcPr>
            <w:tcW w:type="dxa" w:w="960"/>
          </w:tcPr>
          <w:p>
            <w:r>
              <w:t>[Evidence and date checked]</w:t>
            </w:r>
          </w:p>
        </w:tc>
        <w:tc>
          <w:tcPr>
            <w:tcW w:type="dxa" w:w="960"/>
          </w:tcPr>
          <w:p>
            <w:r>
              <w:t>[Possible response]</w:t>
            </w:r>
          </w:p>
        </w:tc>
      </w:tr>
      <w:tr>
        <w:tc>
          <w:tcPr>
            <w:tcW w:type="dxa" w:w="960"/>
          </w:tcPr>
          <w:p>
            <w:r>
              <w:t>[Competitor name]</w:t>
            </w:r>
          </w:p>
        </w:tc>
        <w:tc>
          <w:tcPr>
            <w:tcW w:type="dxa" w:w="960"/>
          </w:tcPr>
          <w:p>
            <w:r>
              <w:t>[Main products or services]</w:t>
            </w:r>
          </w:p>
        </w:tc>
        <w:tc>
          <w:tcPr>
            <w:tcW w:type="dxa" w:w="960"/>
          </w:tcPr>
          <w:p>
            <w:r>
              <w:t>[Price and inclusions]</w:t>
            </w:r>
          </w:p>
        </w:tc>
        <w:tc>
          <w:tcPr>
            <w:tcW w:type="dxa" w:w="960"/>
          </w:tcPr>
          <w:p>
            <w:r>
              <w:t>[Location, delivery or access]</w:t>
            </w:r>
          </w:p>
        </w:tc>
        <w:tc>
          <w:tcPr>
            <w:tcW w:type="dxa" w:w="960"/>
          </w:tcPr>
          <w:p>
            <w:r>
              <w:t>[How it promotes its offer]</w:t>
            </w:r>
          </w:p>
        </w:tc>
        <w:tc>
          <w:tcPr>
            <w:tcW w:type="dxa" w:w="960"/>
          </w:tcPr>
          <w:p>
            <w:r>
              <w:t>[Observed advantage]</w:t>
            </w:r>
          </w:p>
        </w:tc>
        <w:tc>
          <w:tcPr>
            <w:tcW w:type="dxa" w:w="960"/>
          </w:tcPr>
          <w:p>
            <w:r>
              <w:t>[Observed gap]</w:t>
            </w:r>
          </w:p>
        </w:tc>
        <w:tc>
          <w:tcPr>
            <w:tcW w:type="dxa" w:w="960"/>
          </w:tcPr>
          <w:p>
            <w:r>
              <w:t>[Evidence and date checked]</w:t>
            </w:r>
          </w:p>
        </w:tc>
        <w:tc>
          <w:tcPr>
            <w:tcW w:type="dxa" w:w="960"/>
          </w:tcPr>
          <w:p>
            <w:r>
              <w:t>[Possible response]</w:t>
            </w:r>
          </w:p>
        </w:tc>
      </w:tr>
    </w:tbl>
    <w:p/>
    <w:p>
      <w:pPr>
        <w:spacing w:before="200"/>
      </w:pPr>
      <w:r>
        <w:rPr>
          <w:b/>
          <w:sz w:val="26"/>
        </w:rPr>
        <w:t>Evidence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Observation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What I saw or heard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Date checked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Confidence</w:t>
            </w:r>
          </w:p>
        </w:tc>
      </w:tr>
      <w:tr>
        <w:tc>
          <w:tcPr>
            <w:tcW w:type="dxa" w:w="2160"/>
          </w:tcPr>
          <w:p>
            <w:r>
              <w:t>[example] Offers home delivery</w:t>
            </w:r>
          </w:p>
        </w:tc>
        <w:tc>
          <w:tcPr>
            <w:tcW w:type="dxa" w:w="2160"/>
          </w:tcPr>
          <w:p>
            <w:r>
              <w:t>[example] Delivery option on shop notice</w:t>
            </w:r>
          </w:p>
        </w:tc>
        <w:tc>
          <w:tcPr>
            <w:tcW w:type="dxa" w:w="2160"/>
          </w:tcPr>
          <w:p>
            <w:r>
              <w:t>[example] date</w:t>
            </w:r>
          </w:p>
        </w:tc>
        <w:tc>
          <w:tcPr>
            <w:tcW w:type="dxa" w:w="2160"/>
          </w:tcPr>
          <w:p>
            <w:r>
              <w:t>[example] Confirmed</w:t>
            </w:r>
          </w:p>
        </w:tc>
      </w:tr>
      <w:tr>
        <w:tc>
          <w:tcPr>
            <w:tcW w:type="dxa" w:w="2160"/>
          </w:tcPr>
          <w:p>
            <w:r>
              <w:t>[Observation to check]</w:t>
            </w:r>
          </w:p>
        </w:tc>
        <w:tc>
          <w:tcPr>
            <w:tcW w:type="dxa" w:w="2160"/>
          </w:tcPr>
          <w:p>
            <w:r>
              <w:t>[Evidence or source type]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[Confirmed, estimated or unverified]</w:t>
            </w:r>
          </w:p>
        </w:tc>
      </w:tr>
    </w:tbl>
    <w:p/>
    <w:p>
      <w:pPr>
        <w:spacing w:before="200"/>
      </w:pPr>
      <w:r>
        <w:rPr>
          <w:b/>
          <w:sz w:val="26"/>
        </w:rPr>
        <w:t>Summary and decision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Factor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What stands out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What I will do</w:t>
            </w:r>
          </w:p>
        </w:tc>
      </w:tr>
      <w:tr>
        <w:tc>
          <w:tcPr>
            <w:tcW w:type="dxa" w:w="2880"/>
          </w:tcPr>
          <w:p>
            <w:r>
              <w:t>Product</w:t>
            </w:r>
          </w:p>
        </w:tc>
        <w:tc>
          <w:tcPr>
            <w:tcW w:type="dxa" w:w="2880"/>
          </w:tcPr>
          <w:p>
            <w:r>
              <w:t>[Useful difference or customer need]</w:t>
            </w:r>
          </w:p>
        </w:tc>
        <w:tc>
          <w:tcPr>
            <w:tcW w:type="dxa" w:w="2880"/>
          </w:tcPr>
          <w:p>
            <w:r>
              <w:t>[Action to consider]</w:t>
            </w:r>
          </w:p>
        </w:tc>
      </w:tr>
      <w:tr>
        <w:tc>
          <w:tcPr>
            <w:tcW w:type="dxa" w:w="2880"/>
          </w:tcPr>
          <w:p>
            <w:r>
              <w:t>Price</w:t>
            </w:r>
          </w:p>
        </w:tc>
        <w:tc>
          <w:tcPr>
            <w:tcW w:type="dxa" w:w="2880"/>
          </w:tcPr>
          <w:p>
            <w:r>
              <w:t>[Price position and inclusions]</w:t>
            </w:r>
          </w:p>
        </w:tc>
        <w:tc>
          <w:tcPr>
            <w:tcW w:type="dxa" w:w="2880"/>
          </w:tcPr>
          <w:p>
            <w:r>
              <w:t>[Action to consider]</w:t>
            </w:r>
          </w:p>
        </w:tc>
      </w:tr>
      <w:tr>
        <w:tc>
          <w:tcPr>
            <w:tcW w:type="dxa" w:w="2880"/>
          </w:tcPr>
          <w:p>
            <w:r>
              <w:t>Place</w:t>
            </w:r>
          </w:p>
        </w:tc>
        <w:tc>
          <w:tcPr>
            <w:tcW w:type="dxa" w:w="2880"/>
          </w:tcPr>
          <w:p>
            <w:r>
              <w:t>[Location, delivery or ease of access]</w:t>
            </w:r>
          </w:p>
        </w:tc>
        <w:tc>
          <w:tcPr>
            <w:tcW w:type="dxa" w:w="2880"/>
          </w:tcPr>
          <w:p>
            <w:r>
              <w:t>[Action to consider]</w:t>
            </w:r>
          </w:p>
        </w:tc>
      </w:tr>
      <w:tr>
        <w:tc>
          <w:tcPr>
            <w:tcW w:type="dxa" w:w="2880"/>
          </w:tcPr>
          <w:p>
            <w:r>
              <w:t>Promotion</w:t>
            </w:r>
          </w:p>
        </w:tc>
        <w:tc>
          <w:tcPr>
            <w:tcW w:type="dxa" w:w="2880"/>
          </w:tcPr>
          <w:p>
            <w:r>
              <w:t>[Message or channel used]</w:t>
            </w:r>
          </w:p>
        </w:tc>
        <w:tc>
          <w:tcPr>
            <w:tcW w:type="dxa" w:w="2880"/>
          </w:tcPr>
          <w:p>
            <w:r>
              <w:t>[Action to consider]</w:t>
            </w:r>
          </w:p>
        </w:tc>
      </w:tr>
      <w:tr>
        <w:tc>
          <w:tcPr>
            <w:tcW w:type="dxa" w:w="2880"/>
          </w:tcPr>
          <w:p>
            <w:r>
              <w:t>Strengths</w:t>
            </w:r>
          </w:p>
        </w:tc>
        <w:tc>
          <w:tcPr>
            <w:tcW w:type="dxa" w:w="2880"/>
          </w:tcPr>
          <w:p>
            <w:r>
              <w:t>[Relevant competitor strengths]</w:t>
            </w:r>
          </w:p>
        </w:tc>
        <w:tc>
          <w:tcPr>
            <w:tcW w:type="dxa" w:w="2880"/>
          </w:tcPr>
          <w:p>
            <w:r>
              <w:t>[How to respond]</w:t>
            </w:r>
          </w:p>
        </w:tc>
      </w:tr>
      <w:tr>
        <w:tc>
          <w:tcPr>
            <w:tcW w:type="dxa" w:w="2880"/>
          </w:tcPr>
          <w:p>
            <w:r>
              <w:t>Weaknesses</w:t>
            </w:r>
          </w:p>
        </w:tc>
        <w:tc>
          <w:tcPr>
            <w:tcW w:type="dxa" w:w="2880"/>
          </w:tcPr>
          <w:p>
            <w:r>
              <w:t>[Gaps customers may notice]</w:t>
            </w:r>
          </w:p>
        </w:tc>
        <w:tc>
          <w:tcPr>
            <w:tcW w:type="dxa" w:w="2880"/>
          </w:tcPr>
          <w:p>
            <w:r>
              <w:t>[How to respond]</w:t>
            </w:r>
          </w:p>
        </w:tc>
      </w:tr>
    </w:tbl>
    <w:p/>
    <w:p>
      <w:pPr>
        <w:spacing w:before="200"/>
      </w:pPr>
      <w:r>
        <w:rPr>
          <w:b/>
          <w:sz w:val="26"/>
        </w:rPr>
        <w:t>Actions and review</w:t>
      </w:r>
    </w:p>
    <w:p>
      <w:pPr>
        <w:pStyle w:val="ListNumber"/>
      </w:pPr>
      <w:r>
        <w:t>[Action to take] — [Person responsible] — [Date to review]</w:t>
      </w:r>
    </w:p>
    <w:p>
      <w:pPr>
        <w:pStyle w:val="ListNumber"/>
      </w:pPr>
      <w:r>
        <w:t>[Action to take] — [Person responsible] — [Date to review]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Next review date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4320"/>
          </w:tcPr>
          <w:p>
            <w:r>
              <w:t>[Other points to check]</w:t>
            </w:r>
          </w:p>
        </w:tc>
      </w:tr>
    </w:tbl>
    <w:p/>
    <w:p>
      <w:pPr>
        <w:spacing w:before="360"/>
      </w:pPr>
      <w:r>
        <w:t>_______________________________     Date: ______________</w:t>
        <w:br/>
        <w:t>Prepared by: [Name and signature]</w:t>
      </w:r>
    </w:p>
    <w:p>
      <w:pPr>
        <w:spacing w:before="360"/>
      </w:pPr>
      <w:r>
        <w:t>_______________________________     Date: ______________</w:t>
        <w:br/>
        <w:t>Reviewed by: [Name and signature]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template from GovNet (govnet.co.za). Check it fits your situation before you use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