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Organogram template</w:t>
      </w:r>
    </w:p>
    <w:p>
      <w:pPr>
        <w:spacing w:before="200"/>
      </w:pPr>
      <w:r>
        <w:rPr>
          <w:b/>
          <w:sz w:val="26"/>
        </w:rPr>
        <w:t>Organogram</w:t>
      </w:r>
    </w:p>
    <w:p>
      <w:r>
        <w:t>Use this editable hierarchy table to show roles and reporting lines. Replace bracketed examples, add or remove rows, and keep one row per position.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Organisation or group</w:t>
            </w:r>
          </w:p>
        </w:tc>
        <w:tc>
          <w:tcPr>
            <w:tcW w:type="dxa" w:w="4320"/>
          </w:tcPr>
          <w:p>
            <w:r>
              <w:t>[organisation or group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4320"/>
          </w:tcPr>
          <w:p>
            <w:r>
              <w:t>[name and role]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Prepared on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4320"/>
          </w:tcPr>
          <w:p>
            <w:r>
              <w:t>[version or date]</w:t>
            </w:r>
          </w:p>
        </w:tc>
      </w:tr>
    </w:tbl>
    <w:p/>
    <w:p>
      <w:pPr>
        <w:spacing w:before="200"/>
      </w:pPr>
      <w:r>
        <w:rPr>
          <w:b/>
          <w:sz w:val="26"/>
        </w:rPr>
        <w:t>Purpose and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4320"/>
          </w:tcPr>
          <w:p>
            <w:r>
              <w:t>[what this organogram shows]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4320"/>
          </w:tcPr>
          <w:p>
            <w:r>
              <w:t>[team, branch, committee or project covered]</w:t>
            </w:r>
          </w:p>
        </w:tc>
      </w:tr>
    </w:tbl>
    <w:p/>
    <w:p>
      <w:r>
        <w:rPr>
          <w:i/>
          <w:sz w:val="19"/>
        </w:rPr>
        <w:t>For a small business, place the owner or director at the top. For a stokvel or committee, use the agreed chairperson or coordinator.</w:t>
      </w:r>
    </w:p>
    <w:p>
      <w:pPr>
        <w:spacing w:before="200"/>
      </w:pPr>
      <w:r>
        <w:rPr>
          <w:b/>
          <w:sz w:val="26"/>
        </w:rPr>
        <w:t>Hierarchy table</w:t>
      </w:r>
    </w:p>
    <w:p>
      <w:r>
        <w:rPr>
          <w:i/>
          <w:sz w:val="19"/>
        </w:rPr>
        <w:t>Enter each position on its own row. In Reports to, use the title of the role above it. Use None for the top role.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Position or role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Reports to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Main responsibilities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Work contact</w:t>
            </w:r>
          </w:p>
        </w:tc>
      </w:tr>
      <w:tr>
        <w:tc>
          <w:tcPr>
            <w:tcW w:type="dxa" w:w="1440"/>
          </w:tcPr>
          <w:p>
            <w:r>
              <w:t>[example: Leadership]</w:t>
            </w:r>
          </w:p>
        </w:tc>
        <w:tc>
          <w:tcPr>
            <w:tcW w:type="dxa" w:w="1440"/>
          </w:tcPr>
          <w:p>
            <w:r>
              <w:t>[example: Chairperson]</w:t>
            </w:r>
          </w:p>
        </w:tc>
        <w:tc>
          <w:tcPr>
            <w:tcW w:type="dxa" w:w="1440"/>
          </w:tcPr>
          <w:p>
            <w:r>
              <w:t>[example: Naledi Mokoena]</w:t>
            </w:r>
          </w:p>
        </w:tc>
        <w:tc>
          <w:tcPr>
            <w:tcW w:type="dxa" w:w="1440"/>
          </w:tcPr>
          <w:p>
            <w:r>
              <w:t>[example: None]</w:t>
            </w:r>
          </w:p>
        </w:tc>
        <w:tc>
          <w:tcPr>
            <w:tcW w:type="dxa" w:w="1440"/>
          </w:tcPr>
          <w:p>
            <w:r>
              <w:t>[example: Leads meetings and coordinates decisions]</w:t>
            </w:r>
          </w:p>
        </w:tc>
        <w:tc>
          <w:tcPr>
            <w:tcW w:type="dxa" w:w="1440"/>
          </w:tcPr>
          <w:p>
            <w:r>
              <w:t>[example: work contact]</w:t>
            </w:r>
          </w:p>
        </w:tc>
      </w:tr>
      <w:tr>
        <w:tc>
          <w:tcPr>
            <w:tcW w:type="dxa" w:w="1440"/>
          </w:tcPr>
          <w:p>
            <w:r>
              <w:t>[example: Administration]</w:t>
            </w:r>
          </w:p>
        </w:tc>
        <w:tc>
          <w:tcPr>
            <w:tcW w:type="dxa" w:w="1440"/>
          </w:tcPr>
          <w:p>
            <w:r>
              <w:t>[example: Secretary]</w:t>
            </w:r>
          </w:p>
        </w:tc>
        <w:tc>
          <w:tcPr>
            <w:tcW w:type="dxa" w:w="1440"/>
          </w:tcPr>
          <w:p>
            <w:r>
              <w:t>[example: Thabo Dlamini]</w:t>
            </w:r>
          </w:p>
        </w:tc>
        <w:tc>
          <w:tcPr>
            <w:tcW w:type="dxa" w:w="1440"/>
          </w:tcPr>
          <w:p>
            <w:r>
              <w:t>[example: Chairperson]</w:t>
            </w:r>
          </w:p>
        </w:tc>
        <w:tc>
          <w:tcPr>
            <w:tcW w:type="dxa" w:w="1440"/>
          </w:tcPr>
          <w:p>
            <w:r>
              <w:t>[example: Keeps minutes and member records]</w:t>
            </w:r>
          </w:p>
        </w:tc>
        <w:tc>
          <w:tcPr>
            <w:tcW w:type="dxa" w:w="1440"/>
          </w:tcPr>
          <w:p>
            <w:r>
              <w:t>[example: work contact]</w:t>
            </w:r>
          </w:p>
        </w:tc>
      </w:tr>
      <w:tr>
        <w:tc>
          <w:tcPr>
            <w:tcW w:type="dxa" w:w="1440"/>
          </w:tcPr>
          <w:p>
            <w:r>
              <w:t>[example: Finance]</w:t>
            </w:r>
          </w:p>
        </w:tc>
        <w:tc>
          <w:tcPr>
            <w:tcW w:type="dxa" w:w="1440"/>
          </w:tcPr>
          <w:p>
            <w:r>
              <w:t>[example: Treasurer]</w:t>
            </w:r>
          </w:p>
        </w:tc>
        <w:tc>
          <w:tcPr>
            <w:tcW w:type="dxa" w:w="1440"/>
          </w:tcPr>
          <w:p>
            <w:r>
              <w:t>[example: Lerato Khumalo]</w:t>
            </w:r>
          </w:p>
        </w:tc>
        <w:tc>
          <w:tcPr>
            <w:tcW w:type="dxa" w:w="1440"/>
          </w:tcPr>
          <w:p>
            <w:r>
              <w:t>[example: Chairperson]</w:t>
            </w:r>
          </w:p>
        </w:tc>
        <w:tc>
          <w:tcPr>
            <w:tcW w:type="dxa" w:w="1440"/>
          </w:tcPr>
          <w:p>
            <w:r>
              <w:t>[example: Tracks contributions and prepares summaries]</w:t>
            </w:r>
          </w:p>
        </w:tc>
        <w:tc>
          <w:tcPr>
            <w:tcW w:type="dxa" w:w="1440"/>
          </w:tcPr>
          <w:p>
            <w:r>
              <w:t>[example: work contact]</w:t>
            </w:r>
          </w:p>
        </w:tc>
      </w:tr>
    </w:tbl>
    <w:p/>
    <w:p>
      <w:r>
        <w:rPr>
          <w:i/>
          <w:sz w:val="19"/>
        </w:rPr>
        <w:t>Delete the example rows before sharing. Add rows for every role in scope, including vacant posts.</w:t>
      </w:r>
    </w:p>
    <w:p>
      <w:pPr>
        <w:spacing w:before="200"/>
      </w:pPr>
      <w:r>
        <w:rPr>
          <w:b/>
          <w:sz w:val="26"/>
        </w:rPr>
        <w:t>Additional reporting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Shared reporting</w:t>
            </w:r>
          </w:p>
        </w:tc>
        <w:tc>
          <w:tcPr>
            <w:tcW w:type="dxa" w:w="4320"/>
          </w:tcPr>
          <w:p>
            <w:r>
              <w:t>[details or none]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Vacant positions</w:t>
            </w:r>
          </w:p>
        </w:tc>
        <w:tc>
          <w:tcPr>
            <w:tcW w:type="dxa" w:w="4320"/>
          </w:tcPr>
          <w:p>
            <w:r>
              <w:t>[position or none]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Acting arrangements</w:t>
            </w:r>
          </w:p>
        </w:tc>
        <w:tc>
          <w:tcPr>
            <w:tcW w:type="dxa" w:w="4320"/>
          </w:tcPr>
          <w:p>
            <w:r>
              <w:t>[details or none]</w:t>
            </w:r>
          </w:p>
        </w:tc>
      </w:tr>
    </w:tbl>
    <w:p/>
    <w:p>
      <w:pPr>
        <w:spacing w:before="200"/>
      </w:pPr>
      <w:r>
        <w:rPr>
          <w:b/>
          <w:sz w:val="26"/>
        </w:rPr>
        <w:t>Review and approval</w:t>
      </w:r>
    </w:p>
    <w:p>
      <w:pPr>
        <w:spacing w:before="360"/>
      </w:pPr>
      <w:r>
        <w:t>_______________________________     Date: ______________</w:t>
        <w:br/>
        <w:t>Prepared by: [name and signature]</w:t>
      </w:r>
    </w:p>
    <w:p>
      <w:pPr>
        <w:spacing w:before="360"/>
      </w:pPr>
      <w:r>
        <w:t>_______________________________     Date: ______________</w:t>
        <w:br/>
        <w:t>Reviewed by: [name and signature]</w:t>
      </w:r>
    </w:p>
    <w:p>
      <w:pPr>
        <w:spacing w:before="360"/>
      </w:pPr>
      <w:r>
        <w:t>_______________________________     Date: ______________</w:t>
        <w:br/>
        <w:t>Approved by: [name and signature]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Approval 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</w:tbl>
    <w:p/>
    <w:p>
      <w:r>
        <w:t>Keep the approved copy with your group records. Share it with people who need the role information.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