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91"/>
          <w:sz w:val="36"/>
        </w:rPr>
        <w:t>Project Plan Template</w:t>
      </w:r>
    </w:p>
    <w:p>
      <w:r>
        <w:t>Use this plan to agree what the project will deliver, who will do the work, and how progress will be reported.</w:t>
      </w:r>
    </w:p>
    <w:p>
      <w:pPr>
        <w:spacing w:before="200"/>
      </w:pPr>
      <w:r>
        <w:rPr>
          <w:b/>
          <w:sz w:val="26"/>
        </w:rPr>
        <w:t>Project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Project name</w:t>
            </w:r>
          </w:p>
        </w:tc>
        <w:tc>
          <w:tcPr>
            <w:tcW w:type="dxa" w:w="4320"/>
          </w:tcPr>
          <w:p>
            <w:r>
              <w:t>[project name]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Plan owner</w:t>
            </w:r>
          </w:p>
        </w:tc>
        <w:tc>
          <w:tcPr>
            <w:tcW w:type="dxa" w:w="4320"/>
          </w:tcPr>
          <w:p>
            <w:r>
              <w:t>[name or role]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Sponsor or client</w:t>
            </w:r>
          </w:p>
        </w:tc>
        <w:tc>
          <w:tcPr>
            <w:tcW w:type="dxa" w:w="4320"/>
          </w:tcPr>
          <w:p>
            <w:r>
              <w:t>[name or organisation]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4320"/>
          </w:tcPr>
          <w:p>
            <w:r>
              <w:t>[town, municipality or work site]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Plan date and version</w:t>
            </w:r>
          </w:p>
        </w:tc>
        <w:tc>
          <w:tcPr>
            <w:tcW w:type="dxa" w:w="4320"/>
          </w:tcPr>
          <w:p>
            <w:r>
              <w:t>[date and version]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Plan status</w:t>
            </w:r>
          </w:p>
        </w:tc>
        <w:tc>
          <w:tcPr>
            <w:tcW w:type="dxa" w:w="4320"/>
          </w:tcPr>
          <w:p>
            <w:r>
              <w:t>[draft, approved or other status]</w:t>
            </w:r>
          </w:p>
        </w:tc>
      </w:tr>
    </w:tbl>
    <w:p/>
    <w:p>
      <w:pPr>
        <w:spacing w:before="200"/>
      </w:pPr>
      <w:r>
        <w:rPr>
          <w:b/>
          <w:sz w:val="26"/>
        </w:rPr>
        <w:t>Purpose and intended outcome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Need or problem</w:t>
            </w:r>
          </w:p>
        </w:tc>
        <w:tc>
          <w:tcPr>
            <w:tcW w:type="dxa" w:w="4320"/>
          </w:tcPr>
          <w:p>
            <w:r>
              <w:t>[briefly explain what the project addresses]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Intended outcome</w:t>
            </w:r>
          </w:p>
        </w:tc>
        <w:tc>
          <w:tcPr>
            <w:tcW w:type="dxa" w:w="4320"/>
          </w:tcPr>
          <w:p>
            <w:r>
              <w:t>[describe what will be different when the work is complete]</w:t>
            </w:r>
          </w:p>
        </w:tc>
      </w:tr>
      <w:tr>
        <w:tc>
          <w:tcPr>
            <w:tcW w:type="dxa" w:w="4320"/>
            <w:shd w:val="clear" w:color="auto" w:fill="E7EEF7"/>
          </w:tcPr>
          <w:p>
            <w:r>
              <w:rPr>
                <w:b/>
              </w:rPr>
              <w:t>How success will be recognised</w:t>
            </w:r>
          </w:p>
        </w:tc>
        <w:tc>
          <w:tcPr>
            <w:tcW w:type="dxa" w:w="4320"/>
          </w:tcPr>
          <w:p>
            <w:r>
              <w:t>[observable result or evidence]</w:t>
            </w:r>
          </w:p>
        </w:tc>
      </w:tr>
    </w:tbl>
    <w:p/>
    <w:p>
      <w:pPr>
        <w:spacing w:before="200"/>
      </w:pPr>
      <w:r>
        <w:rPr>
          <w:b/>
          <w:sz w:val="26"/>
        </w:rPr>
        <w:t>Scope</w:t>
      </w:r>
    </w:p>
    <w:p>
      <w:r>
        <w:t>List the work included in the project and work that sits outside it. Record assumptions that could affect what the team can deliver.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E7EEF7"/>
          </w:tcPr>
          <w:p>
            <w:r>
              <w:rPr>
                <w:b/>
              </w:rPr>
              <w:t>Area or activity</w:t>
            </w:r>
          </w:p>
        </w:tc>
        <w:tc>
          <w:tcPr>
            <w:tcW w:type="dxa" w:w="2880"/>
            <w:shd w:val="clear" w:color="auto" w:fill="E7EEF7"/>
          </w:tcPr>
          <w:p>
            <w:r>
              <w:rPr>
                <w:b/>
              </w:rPr>
              <w:t>Included work</w:t>
            </w:r>
          </w:p>
        </w:tc>
        <w:tc>
          <w:tcPr>
            <w:tcW w:type="dxa" w:w="2880"/>
            <w:shd w:val="clear" w:color="auto" w:fill="E7EEF7"/>
          </w:tcPr>
          <w:p>
            <w:r>
              <w:rPr>
                <w:b/>
              </w:rPr>
              <w:t>Excluded work or assumption</w:t>
            </w:r>
          </w:p>
        </w:tc>
      </w:tr>
      <w:tr>
        <w:tc>
          <w:tcPr>
            <w:tcW w:type="dxa" w:w="2880"/>
          </w:tcPr>
          <w:p>
            <w:r>
              <w:t>[area or activity]</w:t>
            </w:r>
          </w:p>
        </w:tc>
        <w:tc>
          <w:tcPr>
            <w:tcW w:type="dxa" w:w="2880"/>
          </w:tcPr>
          <w:p>
            <w:r>
              <w:t>[work included]</w:t>
            </w:r>
          </w:p>
        </w:tc>
        <w:tc>
          <w:tcPr>
            <w:tcW w:type="dxa" w:w="2880"/>
          </w:tcPr>
          <w:p>
            <w:r>
              <w:t>[work excluded or assumption]</w:t>
            </w:r>
          </w:p>
        </w:tc>
      </w:tr>
      <w:tr>
        <w:tc>
          <w:tcPr>
            <w:tcW w:type="dxa" w:w="2880"/>
          </w:tcPr>
          <w:p>
            <w:r>
              <w:t>[area or activity]</w:t>
            </w:r>
          </w:p>
        </w:tc>
        <w:tc>
          <w:tcPr>
            <w:tcW w:type="dxa" w:w="2880"/>
          </w:tcPr>
          <w:p>
            <w:r>
              <w:t>[work included]</w:t>
            </w:r>
          </w:p>
        </w:tc>
        <w:tc>
          <w:tcPr>
            <w:tcW w:type="dxa" w:w="2880"/>
          </w:tcPr>
          <w:p>
            <w:r>
              <w:t>[work excluded or assumption]</w:t>
            </w:r>
          </w:p>
        </w:tc>
      </w:tr>
    </w:tbl>
    <w:p/>
    <w:p>
      <w:pPr>
        <w:spacing w:before="200"/>
      </w:pPr>
      <w:r>
        <w:rPr>
          <w:b/>
          <w:sz w:val="26"/>
        </w:rPr>
        <w:t>Deliverables and milestones</w:t>
      </w:r>
    </w:p>
    <w:p>
      <w:r>
        <w:t>Describe each result, how it will be accepted, who owns it, and its target date.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Deliverable or milestone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Acceptance evidence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Target date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1728"/>
          </w:tcPr>
          <w:p>
            <w:r>
              <w:t>[example: venue confirmed]</w:t>
            </w:r>
          </w:p>
        </w:tc>
        <w:tc>
          <w:tcPr>
            <w:tcW w:type="dxa" w:w="1728"/>
          </w:tcPr>
          <w:p>
            <w:r>
              <w:t>[example: written confirmation received]</w:t>
            </w:r>
          </w:p>
        </w:tc>
        <w:tc>
          <w:tcPr>
            <w:tcW w:type="dxa" w:w="1728"/>
          </w:tcPr>
          <w:p>
            <w:r>
              <w:t>[example: event coordinator]</w:t>
            </w:r>
          </w:p>
        </w:tc>
        <w:tc>
          <w:tcPr>
            <w:tcW w:type="dxa" w:w="1728"/>
          </w:tcPr>
          <w:p>
            <w:r>
              <w:t>[example: agreed date]</w:t>
            </w:r>
          </w:p>
        </w:tc>
        <w:tc>
          <w:tcPr>
            <w:tcW w:type="dxa" w:w="1728"/>
          </w:tcPr>
          <w:p>
            <w:r>
              <w:t>[example: not started]</w:t>
            </w:r>
          </w:p>
        </w:tc>
      </w:tr>
      <w:tr>
        <w:tc>
          <w:tcPr>
            <w:tcW w:type="dxa" w:w="1728"/>
          </w:tcPr>
          <w:p>
            <w:r>
              <w:t>[deliverable or milestone]</w:t>
            </w:r>
          </w:p>
        </w:tc>
        <w:tc>
          <w:tcPr>
            <w:tcW w:type="dxa" w:w="1728"/>
          </w:tcPr>
          <w:p>
            <w:r>
              <w:t>[evidence of acceptance]</w:t>
            </w:r>
          </w:p>
        </w:tc>
        <w:tc>
          <w:tcPr>
            <w:tcW w:type="dxa" w:w="1728"/>
          </w:tcPr>
          <w:p>
            <w:r>
              <w:t>[owner]</w:t>
            </w:r>
          </w:p>
        </w:tc>
        <w:tc>
          <w:tcPr>
            <w:tcW w:type="dxa" w:w="1728"/>
          </w:tcPr>
          <w:p>
            <w:r>
              <w:t>[target date]</w:t>
            </w:r>
          </w:p>
        </w:tc>
        <w:tc>
          <w:tcPr>
            <w:tcW w:type="dxa" w:w="1728"/>
          </w:tcPr>
          <w:p>
            <w:r>
              <w:t>[status]</w:t>
            </w:r>
          </w:p>
        </w:tc>
      </w:tr>
      <w:tr>
        <w:tc>
          <w:tcPr>
            <w:tcW w:type="dxa" w:w="1728"/>
          </w:tcPr>
          <w:p>
            <w:r>
              <w:t>[deliverable or milestone]</w:t>
            </w:r>
          </w:p>
        </w:tc>
        <w:tc>
          <w:tcPr>
            <w:tcW w:type="dxa" w:w="1728"/>
          </w:tcPr>
          <w:p>
            <w:r>
              <w:t>[evidence of acceptance]</w:t>
            </w:r>
          </w:p>
        </w:tc>
        <w:tc>
          <w:tcPr>
            <w:tcW w:type="dxa" w:w="1728"/>
          </w:tcPr>
          <w:p>
            <w:r>
              <w:t>[owner]</w:t>
            </w:r>
          </w:p>
        </w:tc>
        <w:tc>
          <w:tcPr>
            <w:tcW w:type="dxa" w:w="1728"/>
          </w:tcPr>
          <w:p>
            <w:r>
              <w:t>[target date]</w:t>
            </w:r>
          </w:p>
        </w:tc>
        <w:tc>
          <w:tcPr>
            <w:tcW w:type="dxa" w:w="1728"/>
          </w:tcPr>
          <w:p>
            <w:r>
              <w:t>[status]</w:t>
            </w:r>
          </w:p>
        </w:tc>
      </w:tr>
    </w:tbl>
    <w:p/>
    <w:p>
      <w:pPr>
        <w:spacing w:before="200"/>
      </w:pPr>
      <w:r>
        <w:rPr>
          <w:b/>
          <w:sz w:val="26"/>
        </w:rPr>
        <w:t>Task schedule</w:t>
      </w:r>
    </w:p>
    <w:p>
      <w:r>
        <w:t>Break the work into tasks. Note dependencies so the team can see what must happen first.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E7EEF7"/>
          </w:tcPr>
          <w:p>
            <w:r>
              <w:rPr>
                <w:b/>
              </w:rPr>
              <w:t>Task</w:t>
            </w:r>
          </w:p>
        </w:tc>
        <w:tc>
          <w:tcPr>
            <w:tcW w:type="dxa" w:w="1234"/>
            <w:shd w:val="clear" w:color="auto" w:fill="E7EEF7"/>
          </w:tcPr>
          <w:p>
            <w:r>
              <w:rPr>
                <w:b/>
              </w:rPr>
              <w:t>Related deliverable</w:t>
            </w:r>
          </w:p>
        </w:tc>
        <w:tc>
          <w:tcPr>
            <w:tcW w:type="dxa" w:w="1234"/>
            <w:shd w:val="clear" w:color="auto" w:fill="E7EEF7"/>
          </w:tcPr>
          <w:p>
            <w:r>
              <w:rPr>
                <w:b/>
              </w:rPr>
              <w:t>Depends on</w:t>
            </w:r>
          </w:p>
        </w:tc>
        <w:tc>
          <w:tcPr>
            <w:tcW w:type="dxa" w:w="1234"/>
            <w:shd w:val="clear" w:color="auto" w:fill="E7EEF7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234"/>
            <w:shd w:val="clear" w:color="auto" w:fill="E7EEF7"/>
          </w:tcPr>
          <w:p>
            <w:r>
              <w:rPr>
                <w:b/>
              </w:rPr>
              <w:t>Start date</w:t>
            </w:r>
          </w:p>
        </w:tc>
        <w:tc>
          <w:tcPr>
            <w:tcW w:type="dxa" w:w="1234"/>
            <w:shd w:val="clear" w:color="auto" w:fill="E7EEF7"/>
          </w:tcPr>
          <w:p>
            <w:r>
              <w:rPr>
                <w:b/>
              </w:rPr>
              <w:t>Finish date</w:t>
            </w:r>
          </w:p>
        </w:tc>
        <w:tc>
          <w:tcPr>
            <w:tcW w:type="dxa" w:w="1234"/>
            <w:shd w:val="clear" w:color="auto" w:fill="E7EEF7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1234"/>
          </w:tcPr>
          <w:p>
            <w:r>
              <w:t>[example: contact venue about access]</w:t>
            </w:r>
          </w:p>
        </w:tc>
        <w:tc>
          <w:tcPr>
            <w:tcW w:type="dxa" w:w="1234"/>
          </w:tcPr>
          <w:p>
            <w:r>
              <w:t>[example: venue confirmed]</w:t>
            </w:r>
          </w:p>
        </w:tc>
        <w:tc>
          <w:tcPr>
            <w:tcW w:type="dxa" w:w="1234"/>
          </w:tcPr>
          <w:p>
            <w:r>
              <w:t>[example: venue shortlist]</w:t>
            </w:r>
          </w:p>
        </w:tc>
        <w:tc>
          <w:tcPr>
            <w:tcW w:type="dxa" w:w="1234"/>
          </w:tcPr>
          <w:p>
            <w:r>
              <w:t>[example: event coordinator]</w:t>
            </w:r>
          </w:p>
        </w:tc>
        <w:tc>
          <w:tcPr>
            <w:tcW w:type="dxa" w:w="1234"/>
          </w:tcPr>
          <w:p>
            <w:r>
              <w:t>[example: agreed date]</w:t>
            </w:r>
          </w:p>
        </w:tc>
        <w:tc>
          <w:tcPr>
            <w:tcW w:type="dxa" w:w="1234"/>
          </w:tcPr>
          <w:p>
            <w:r>
              <w:t>[example: agreed date]</w:t>
            </w:r>
          </w:p>
        </w:tc>
        <w:tc>
          <w:tcPr>
            <w:tcW w:type="dxa" w:w="1234"/>
          </w:tcPr>
          <w:p>
            <w:r>
              <w:t>[example: not started]</w:t>
            </w:r>
          </w:p>
        </w:tc>
      </w:tr>
      <w:tr>
        <w:tc>
          <w:tcPr>
            <w:tcW w:type="dxa" w:w="1234"/>
          </w:tcPr>
          <w:p>
            <w:r>
              <w:t>[task]</w:t>
            </w:r>
          </w:p>
        </w:tc>
        <w:tc>
          <w:tcPr>
            <w:tcW w:type="dxa" w:w="1234"/>
          </w:tcPr>
          <w:p>
            <w:r>
              <w:t>[deliverable]</w:t>
            </w:r>
          </w:p>
        </w:tc>
        <w:tc>
          <w:tcPr>
            <w:tcW w:type="dxa" w:w="1234"/>
          </w:tcPr>
          <w:p>
            <w:r>
              <w:t>[dependency or none]</w:t>
            </w:r>
          </w:p>
        </w:tc>
        <w:tc>
          <w:tcPr>
            <w:tcW w:type="dxa" w:w="1234"/>
          </w:tcPr>
          <w:p>
            <w:r>
              <w:t>[owner]</w:t>
            </w:r>
          </w:p>
        </w:tc>
        <w:tc>
          <w:tcPr>
            <w:tcW w:type="dxa" w:w="1234"/>
          </w:tcPr>
          <w:p>
            <w:r>
              <w:t>[start date]</w:t>
            </w:r>
          </w:p>
        </w:tc>
        <w:tc>
          <w:tcPr>
            <w:tcW w:type="dxa" w:w="1234"/>
          </w:tcPr>
          <w:p>
            <w:r>
              <w:t>[finish date]</w:t>
            </w:r>
          </w:p>
        </w:tc>
        <w:tc>
          <w:tcPr>
            <w:tcW w:type="dxa" w:w="1234"/>
          </w:tcPr>
          <w:p>
            <w:r>
              <w:t>[status]</w:t>
            </w:r>
          </w:p>
        </w:tc>
      </w:tr>
      <w:tr>
        <w:tc>
          <w:tcPr>
            <w:tcW w:type="dxa" w:w="1234"/>
          </w:tcPr>
          <w:p>
            <w:r>
              <w:t>[task]</w:t>
            </w:r>
          </w:p>
        </w:tc>
        <w:tc>
          <w:tcPr>
            <w:tcW w:type="dxa" w:w="1234"/>
          </w:tcPr>
          <w:p>
            <w:r>
              <w:t>[deliverable]</w:t>
            </w:r>
          </w:p>
        </w:tc>
        <w:tc>
          <w:tcPr>
            <w:tcW w:type="dxa" w:w="1234"/>
          </w:tcPr>
          <w:p>
            <w:r>
              <w:t>[dependency or none]</w:t>
            </w:r>
          </w:p>
        </w:tc>
        <w:tc>
          <w:tcPr>
            <w:tcW w:type="dxa" w:w="1234"/>
          </w:tcPr>
          <w:p>
            <w:r>
              <w:t>[owner]</w:t>
            </w:r>
          </w:p>
        </w:tc>
        <w:tc>
          <w:tcPr>
            <w:tcW w:type="dxa" w:w="1234"/>
          </w:tcPr>
          <w:p>
            <w:r>
              <w:t>[start date]</w:t>
            </w:r>
          </w:p>
        </w:tc>
        <w:tc>
          <w:tcPr>
            <w:tcW w:type="dxa" w:w="1234"/>
          </w:tcPr>
          <w:p>
            <w:r>
              <w:t>[finish date]</w:t>
            </w:r>
          </w:p>
        </w:tc>
        <w:tc>
          <w:tcPr>
            <w:tcW w:type="dxa" w:w="1234"/>
          </w:tcPr>
          <w:p>
            <w:r>
              <w:t>[status]</w:t>
            </w:r>
          </w:p>
        </w:tc>
      </w:tr>
    </w:tbl>
    <w:p/>
    <w:p>
      <w:pPr>
        <w:spacing w:before="200"/>
      </w:pPr>
      <w:r>
        <w:rPr>
          <w:b/>
          <w:sz w:val="26"/>
        </w:rPr>
        <w:t>Roles and decisions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Person or organisation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Responsibilities</w:t>
            </w:r>
          </w:p>
        </w:tc>
        <w:tc>
          <w:tcPr>
            <w:tcW w:type="dxa" w:w="2160"/>
            <w:shd w:val="clear" w:color="auto" w:fill="E7EEF7"/>
          </w:tcPr>
          <w:p>
            <w:r>
              <w:rPr>
                <w:b/>
              </w:rPr>
              <w:t>Decisions they can make</w:t>
            </w:r>
          </w:p>
        </w:tc>
      </w:tr>
      <w:tr>
        <w:tc>
          <w:tcPr>
            <w:tcW w:type="dxa" w:w="2160"/>
          </w:tcPr>
          <w:p>
            <w:r>
              <w:t>[role]</w:t>
            </w:r>
          </w:p>
        </w:tc>
        <w:tc>
          <w:tcPr>
            <w:tcW w:type="dxa" w:w="2160"/>
          </w:tcPr>
          <w:p>
            <w:r>
              <w:t>[name or organisation]</w:t>
            </w:r>
          </w:p>
        </w:tc>
        <w:tc>
          <w:tcPr>
            <w:tcW w:type="dxa" w:w="2160"/>
          </w:tcPr>
          <w:p>
            <w:r>
              <w:t>[responsibilities]</w:t>
            </w:r>
          </w:p>
        </w:tc>
        <w:tc>
          <w:tcPr>
            <w:tcW w:type="dxa" w:w="2160"/>
          </w:tcPr>
          <w:p>
            <w:r>
              <w:t>[decision authority]</w:t>
            </w:r>
          </w:p>
        </w:tc>
      </w:tr>
      <w:tr>
        <w:tc>
          <w:tcPr>
            <w:tcW w:type="dxa" w:w="2160"/>
          </w:tcPr>
          <w:p>
            <w:r>
              <w:t>[role]</w:t>
            </w:r>
          </w:p>
        </w:tc>
        <w:tc>
          <w:tcPr>
            <w:tcW w:type="dxa" w:w="2160"/>
          </w:tcPr>
          <w:p>
            <w:r>
              <w:t>[name or organisation]</w:t>
            </w:r>
          </w:p>
        </w:tc>
        <w:tc>
          <w:tcPr>
            <w:tcW w:type="dxa" w:w="2160"/>
          </w:tcPr>
          <w:p>
            <w:r>
              <w:t>[responsibilities]</w:t>
            </w:r>
          </w:p>
        </w:tc>
        <w:tc>
          <w:tcPr>
            <w:tcW w:type="dxa" w:w="2160"/>
          </w:tcPr>
          <w:p>
            <w:r>
              <w:t>[decision authority]</w:t>
            </w:r>
          </w:p>
        </w:tc>
      </w:tr>
      <w:tr>
        <w:tc>
          <w:tcPr>
            <w:tcW w:type="dxa" w:w="2160"/>
          </w:tcPr>
          <w:p>
            <w:r>
              <w:t>[role]</w:t>
            </w:r>
          </w:p>
        </w:tc>
        <w:tc>
          <w:tcPr>
            <w:tcW w:type="dxa" w:w="2160"/>
          </w:tcPr>
          <w:p>
            <w:r>
              <w:t>[name or organisation]</w:t>
            </w:r>
          </w:p>
        </w:tc>
        <w:tc>
          <w:tcPr>
            <w:tcW w:type="dxa" w:w="2160"/>
          </w:tcPr>
          <w:p>
            <w:r>
              <w:t>[responsibilities]</w:t>
            </w:r>
          </w:p>
        </w:tc>
        <w:tc>
          <w:tcPr>
            <w:tcW w:type="dxa" w:w="2160"/>
          </w:tcPr>
          <w:p>
            <w:r>
              <w:t>[decision authority]</w:t>
            </w:r>
          </w:p>
        </w:tc>
      </w:tr>
    </w:tbl>
    <w:p/>
    <w:p>
      <w:pPr>
        <w:spacing w:before="200"/>
      </w:pPr>
      <w:r>
        <w:rPr>
          <w:b/>
          <w:sz w:val="26"/>
        </w:rPr>
        <w:t>Risks and responses</w:t>
      </w:r>
    </w:p>
    <w:p>
      <w:r>
        <w:t>Record issues that could affect delivery. Use simple likelihood and impact descriptions that everyone understands.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val="clear" w:color="auto" w:fill="E7EEF7"/>
          </w:tcPr>
          <w:p>
            <w:r>
              <w:rPr>
                <w:b/>
              </w:rPr>
              <w:t>Risk</w:t>
            </w:r>
          </w:p>
        </w:tc>
        <w:tc>
          <w:tcPr>
            <w:tcW w:type="dxa" w:w="1440"/>
            <w:shd w:val="clear" w:color="auto" w:fill="E7EEF7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1440"/>
            <w:shd w:val="clear" w:color="auto" w:fill="E7EEF7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1440"/>
            <w:shd w:val="clear" w:color="auto" w:fill="E7EEF7"/>
          </w:tcPr>
          <w:p>
            <w:r>
              <w:rPr>
                <w:b/>
              </w:rPr>
              <w:t>Response or fallback</w:t>
            </w:r>
          </w:p>
        </w:tc>
        <w:tc>
          <w:tcPr>
            <w:tcW w:type="dxa" w:w="1440"/>
            <w:shd w:val="clear" w:color="auto" w:fill="E7EEF7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440"/>
            <w:shd w:val="clear" w:color="auto" w:fill="E7EEF7"/>
          </w:tcPr>
          <w:p>
            <w:r>
              <w:rPr>
                <w:b/>
              </w:rPr>
              <w:t>Review date</w:t>
            </w:r>
          </w:p>
        </w:tc>
      </w:tr>
      <w:tr>
        <w:tc>
          <w:tcPr>
            <w:tcW w:type="dxa" w:w="1440"/>
          </w:tcPr>
          <w:p>
            <w:r>
              <w:t>[example: venue becomes unavailable]</w:t>
            </w:r>
          </w:p>
        </w:tc>
        <w:tc>
          <w:tcPr>
            <w:tcW w:type="dxa" w:w="1440"/>
          </w:tcPr>
          <w:p>
            <w:r>
              <w:t>[example: medium]</w:t>
            </w:r>
          </w:p>
        </w:tc>
        <w:tc>
          <w:tcPr>
            <w:tcW w:type="dxa" w:w="1440"/>
          </w:tcPr>
          <w:p>
            <w:r>
              <w:t>[example: high]</w:t>
            </w:r>
          </w:p>
        </w:tc>
        <w:tc>
          <w:tcPr>
            <w:tcW w:type="dxa" w:w="1440"/>
          </w:tcPr>
          <w:p>
            <w:r>
              <w:t>[example: confirm a backup venue]</w:t>
            </w:r>
          </w:p>
        </w:tc>
        <w:tc>
          <w:tcPr>
            <w:tcW w:type="dxa" w:w="1440"/>
          </w:tcPr>
          <w:p>
            <w:r>
              <w:t>[example: event coordinator]</w:t>
            </w:r>
          </w:p>
        </w:tc>
        <w:tc>
          <w:tcPr>
            <w:tcW w:type="dxa" w:w="1440"/>
          </w:tcPr>
          <w:p>
            <w:r>
              <w:t>[example: review date]</w:t>
            </w:r>
          </w:p>
        </w:tc>
      </w:tr>
      <w:tr>
        <w:tc>
          <w:tcPr>
            <w:tcW w:type="dxa" w:w="1440"/>
          </w:tcPr>
          <w:p>
            <w:r>
              <w:t>[risk]</w:t>
            </w:r>
          </w:p>
        </w:tc>
        <w:tc>
          <w:tcPr>
            <w:tcW w:type="dxa" w:w="1440"/>
          </w:tcPr>
          <w:p>
            <w:r>
              <w:t>[likelihood]</w:t>
            </w:r>
          </w:p>
        </w:tc>
        <w:tc>
          <w:tcPr>
            <w:tcW w:type="dxa" w:w="1440"/>
          </w:tcPr>
          <w:p>
            <w:r>
              <w:t>[impact]</w:t>
            </w:r>
          </w:p>
        </w:tc>
        <w:tc>
          <w:tcPr>
            <w:tcW w:type="dxa" w:w="1440"/>
          </w:tcPr>
          <w:p>
            <w:r>
              <w:t>[response or fallback]</w:t>
            </w:r>
          </w:p>
        </w:tc>
        <w:tc>
          <w:tcPr>
            <w:tcW w:type="dxa" w:w="1440"/>
          </w:tcPr>
          <w:p>
            <w:r>
              <w:t>[owner]</w:t>
            </w:r>
          </w:p>
        </w:tc>
        <w:tc>
          <w:tcPr>
            <w:tcW w:type="dxa" w:w="1440"/>
          </w:tcPr>
          <w:p>
            <w:r>
              <w:t>[review date]</w:t>
            </w:r>
          </w:p>
        </w:tc>
      </w:tr>
      <w:tr>
        <w:tc>
          <w:tcPr>
            <w:tcW w:type="dxa" w:w="1440"/>
          </w:tcPr>
          <w:p>
            <w:r>
              <w:t>[risk]</w:t>
            </w:r>
          </w:p>
        </w:tc>
        <w:tc>
          <w:tcPr>
            <w:tcW w:type="dxa" w:w="1440"/>
          </w:tcPr>
          <w:p>
            <w:r>
              <w:t>[likelihood]</w:t>
            </w:r>
          </w:p>
        </w:tc>
        <w:tc>
          <w:tcPr>
            <w:tcW w:type="dxa" w:w="1440"/>
          </w:tcPr>
          <w:p>
            <w:r>
              <w:t>[impact]</w:t>
            </w:r>
          </w:p>
        </w:tc>
        <w:tc>
          <w:tcPr>
            <w:tcW w:type="dxa" w:w="1440"/>
          </w:tcPr>
          <w:p>
            <w:r>
              <w:t>[response or fallback]</w:t>
            </w:r>
          </w:p>
        </w:tc>
        <w:tc>
          <w:tcPr>
            <w:tcW w:type="dxa" w:w="1440"/>
          </w:tcPr>
          <w:p>
            <w:r>
              <w:t>[owner]</w:t>
            </w:r>
          </w:p>
        </w:tc>
        <w:tc>
          <w:tcPr>
            <w:tcW w:type="dxa" w:w="1440"/>
          </w:tcPr>
          <w:p>
            <w:r>
              <w:t>[review date]</w:t>
            </w:r>
          </w:p>
        </w:tc>
      </w:tr>
    </w:tbl>
    <w:p/>
    <w:p>
      <w:pPr>
        <w:spacing w:before="200"/>
      </w:pPr>
      <w:r>
        <w:rPr>
          <w:b/>
          <w:sz w:val="26"/>
        </w:rPr>
        <w:t>Resources and estimated costs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Resource or item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Estimated amount in rand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Funding source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Person confirming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1728"/>
          </w:tcPr>
          <w:p>
            <w:r>
              <w:t>[resource or item]</w:t>
            </w:r>
          </w:p>
        </w:tc>
        <w:tc>
          <w:tcPr>
            <w:tcW w:type="dxa" w:w="1728"/>
          </w:tcPr>
          <w:p>
            <w:r>
              <w:t>[amount in rand]</w:t>
            </w:r>
          </w:p>
        </w:tc>
        <w:tc>
          <w:tcPr>
            <w:tcW w:type="dxa" w:w="1728"/>
          </w:tcPr>
          <w:p>
            <w:r>
              <w:t>[funding source]</w:t>
            </w:r>
          </w:p>
        </w:tc>
        <w:tc>
          <w:tcPr>
            <w:tcW w:type="dxa" w:w="1728"/>
          </w:tcPr>
          <w:p>
            <w:r>
              <w:t>[name or role]</w:t>
            </w:r>
          </w:p>
        </w:tc>
        <w:tc>
          <w:tcPr>
            <w:tcW w:type="dxa" w:w="1728"/>
          </w:tcPr>
          <w:p>
            <w:r>
              <w:t>[status]</w:t>
            </w:r>
          </w:p>
        </w:tc>
      </w:tr>
      <w:tr>
        <w:tc>
          <w:tcPr>
            <w:tcW w:type="dxa" w:w="1728"/>
          </w:tcPr>
          <w:p>
            <w:r>
              <w:t>[resource or item]</w:t>
            </w:r>
          </w:p>
        </w:tc>
        <w:tc>
          <w:tcPr>
            <w:tcW w:type="dxa" w:w="1728"/>
          </w:tcPr>
          <w:p>
            <w:r>
              <w:t>[amount in rand]</w:t>
            </w:r>
          </w:p>
        </w:tc>
        <w:tc>
          <w:tcPr>
            <w:tcW w:type="dxa" w:w="1728"/>
          </w:tcPr>
          <w:p>
            <w:r>
              <w:t>[funding source]</w:t>
            </w:r>
          </w:p>
        </w:tc>
        <w:tc>
          <w:tcPr>
            <w:tcW w:type="dxa" w:w="1728"/>
          </w:tcPr>
          <w:p>
            <w:r>
              <w:t>[name or role]</w:t>
            </w:r>
          </w:p>
        </w:tc>
        <w:tc>
          <w:tcPr>
            <w:tcW w:type="dxa" w:w="1728"/>
          </w:tcPr>
          <w:p>
            <w:r>
              <w:t>[status]</w:t>
            </w:r>
          </w:p>
        </w:tc>
      </w:tr>
    </w:tbl>
    <w:p/>
    <w:p>
      <w:pPr>
        <w:spacing w:before="200"/>
      </w:pPr>
      <w:r>
        <w:rPr>
          <w:b/>
          <w:sz w:val="26"/>
        </w:rPr>
        <w:t>Reporting and updates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Update or report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Audience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Frequency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Channel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1728"/>
          </w:tcPr>
          <w:p>
            <w:r>
              <w:t>[progress update]</w:t>
            </w:r>
          </w:p>
        </w:tc>
        <w:tc>
          <w:tcPr>
            <w:tcW w:type="dxa" w:w="1728"/>
          </w:tcPr>
          <w:p>
            <w:r>
              <w:t>[people who need the update]</w:t>
            </w:r>
          </w:p>
        </w:tc>
        <w:tc>
          <w:tcPr>
            <w:tcW w:type="dxa" w:w="1728"/>
          </w:tcPr>
          <w:p>
            <w:r>
              <w:t>[frequency]</w:t>
            </w:r>
          </w:p>
        </w:tc>
        <w:tc>
          <w:tcPr>
            <w:tcW w:type="dxa" w:w="1728"/>
          </w:tcPr>
          <w:p>
            <w:r>
              <w:t>[meeting, email or other channel]</w:t>
            </w:r>
          </w:p>
        </w:tc>
        <w:tc>
          <w:tcPr>
            <w:tcW w:type="dxa" w:w="1728"/>
          </w:tcPr>
          <w:p>
            <w:r>
              <w:t>[owner]</w:t>
            </w:r>
          </w:p>
        </w:tc>
      </w:tr>
      <w:tr>
        <w:tc>
          <w:tcPr>
            <w:tcW w:type="dxa" w:w="1728"/>
          </w:tcPr>
          <w:p>
            <w:r>
              <w:t>[decision or issue report]</w:t>
            </w:r>
          </w:p>
        </w:tc>
        <w:tc>
          <w:tcPr>
            <w:tcW w:type="dxa" w:w="1728"/>
          </w:tcPr>
          <w:p>
            <w:r>
              <w:t>[people who need the update]</w:t>
            </w:r>
          </w:p>
        </w:tc>
        <w:tc>
          <w:tcPr>
            <w:tcW w:type="dxa" w:w="1728"/>
          </w:tcPr>
          <w:p>
            <w:r>
              <w:t>[frequency or when needed]</w:t>
            </w:r>
          </w:p>
        </w:tc>
        <w:tc>
          <w:tcPr>
            <w:tcW w:type="dxa" w:w="1728"/>
          </w:tcPr>
          <w:p>
            <w:r>
              <w:t>[channel]</w:t>
            </w:r>
          </w:p>
        </w:tc>
        <w:tc>
          <w:tcPr>
            <w:tcW w:type="dxa" w:w="1728"/>
          </w:tcPr>
          <w:p>
            <w:r>
              <w:t>[owner]</w:t>
            </w:r>
          </w:p>
        </w:tc>
      </w:tr>
    </w:tbl>
    <w:p/>
    <w:p>
      <w:pPr>
        <w:spacing w:before="200"/>
      </w:pPr>
      <w:r>
        <w:rPr>
          <w:b/>
          <w:sz w:val="26"/>
        </w:rPr>
        <w:t>Changes and decisions</w:t>
      </w:r>
    </w:p>
    <w:p>
      <w:r>
        <w:t>Record changes that affect scope, dates, costs or responsibilities. Note who agreed to each decision and who needs to know.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Change or decision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Reason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Agreed by</w:t>
            </w:r>
          </w:p>
        </w:tc>
        <w:tc>
          <w:tcPr>
            <w:tcW w:type="dxa" w:w="1728"/>
            <w:shd w:val="clear" w:color="auto" w:fill="E7EEF7"/>
          </w:tcPr>
          <w:p>
            <w:r>
              <w:rPr>
                <w:b/>
              </w:rPr>
              <w:t>People to inform</w:t>
            </w:r>
          </w:p>
        </w:tc>
      </w:tr>
      <w:tr>
        <w:tc>
          <w:tcPr>
            <w:tcW w:type="dxa" w:w="1728"/>
          </w:tcPr>
          <w:p>
            <w:r>
              <w:t>[date]</w:t>
            </w:r>
          </w:p>
        </w:tc>
        <w:tc>
          <w:tcPr>
            <w:tcW w:type="dxa" w:w="1728"/>
          </w:tcPr>
          <w:p>
            <w:r>
              <w:t>[change or decision]</w:t>
            </w:r>
          </w:p>
        </w:tc>
        <w:tc>
          <w:tcPr>
            <w:tcW w:type="dxa" w:w="1728"/>
          </w:tcPr>
          <w:p>
            <w:r>
              <w:t>[reason]</w:t>
            </w:r>
          </w:p>
        </w:tc>
        <w:tc>
          <w:tcPr>
            <w:tcW w:type="dxa" w:w="1728"/>
          </w:tcPr>
          <w:p>
            <w:r>
              <w:t>[name or role]</w:t>
            </w:r>
          </w:p>
        </w:tc>
        <w:tc>
          <w:tcPr>
            <w:tcW w:type="dxa" w:w="1728"/>
          </w:tcPr>
          <w:p>
            <w:r>
              <w:t>[people or group]</w:t>
            </w:r>
          </w:p>
        </w:tc>
      </w:tr>
      <w:tr>
        <w:tc>
          <w:tcPr>
            <w:tcW w:type="dxa" w:w="1728"/>
          </w:tcPr>
          <w:p>
            <w:r>
              <w:t>[date]</w:t>
            </w:r>
          </w:p>
        </w:tc>
        <w:tc>
          <w:tcPr>
            <w:tcW w:type="dxa" w:w="1728"/>
          </w:tcPr>
          <w:p>
            <w:r>
              <w:t>[change or decision]</w:t>
            </w:r>
          </w:p>
        </w:tc>
        <w:tc>
          <w:tcPr>
            <w:tcW w:type="dxa" w:w="1728"/>
          </w:tcPr>
          <w:p>
            <w:r>
              <w:t>[reason]</w:t>
            </w:r>
          </w:p>
        </w:tc>
        <w:tc>
          <w:tcPr>
            <w:tcW w:type="dxa" w:w="1728"/>
          </w:tcPr>
          <w:p>
            <w:r>
              <w:t>[name or role]</w:t>
            </w:r>
          </w:p>
        </w:tc>
        <w:tc>
          <w:tcPr>
            <w:tcW w:type="dxa" w:w="1728"/>
          </w:tcPr>
          <w:p>
            <w:r>
              <w:t>[people or group]</w:t>
            </w:r>
          </w:p>
        </w:tc>
      </w:tr>
    </w:tbl>
    <w:p/>
    <w:p>
      <w:pPr>
        <w:spacing w:before="200"/>
      </w:pPr>
      <w:r>
        <w:rPr>
          <w:b/>
          <w:sz w:val="26"/>
        </w:rPr>
        <w:t>Approval</w:t>
      </w:r>
    </w:p>
    <w:p>
      <w:r>
        <w:rPr>
          <w:i/>
          <w:sz w:val="19"/>
        </w:rPr>
        <w:t>Sign to confirm that the plan reflects the agreed work, responsibilities and reporting arrangements.</w:t>
      </w:r>
    </w:p>
    <w:p>
      <w:pPr>
        <w:spacing w:before="360"/>
      </w:pPr>
      <w:r>
        <w:t>_______________________________     Date: ______________</w:t>
        <w:br/>
        <w:t>Project owner: [name and signature]</w:t>
      </w:r>
    </w:p>
    <w:p>
      <w:pPr>
        <w:spacing w:before="360"/>
      </w:pPr>
      <w:r>
        <w:t>_______________________________     Date: ______________</w:t>
        <w:br/>
        <w:t>Sponsor or client: [name and signature]</w:t>
      </w:r>
    </w:p>
    <w:p>
      <w:pPr>
        <w:spacing w:before="360"/>
      </w:pPr>
      <w:r>
        <w:t>_______________________________     Date: ______________</w:t>
        <w:br/>
        <w:t>Committee representative, if applicable: [name and signature]</w:t>
      </w:r>
    </w:p>
    <w:p>
      <w:pPr>
        <w:spacing w:before="360"/>
      </w:pPr>
      <w:r>
        <w:t>_______________________________     Date: ______________</w:t>
        <w:br/>
        <w:t>Date: [date]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Free template from GovNet (govnet.co.za). Check it fits your situation before you use it.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