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Research Proposal Template</w:t>
      </w:r>
    </w:p>
    <w:p>
      <w:pPr>
        <w:spacing w:before="200"/>
      </w:pPr>
      <w:r>
        <w:rPr>
          <w:b/>
          <w:sz w:val="26"/>
        </w:rPr>
        <w:t>Research Proposal</w:t>
      </w:r>
    </w:p>
    <w:p>
      <w:r>
        <w:rPr>
          <w:i/>
          <w:sz w:val="19"/>
        </w:rPr>
        <w:t>Complete the bracketed fields, remove prompts that do not apply, and follow your institution’s format.</w:t>
      </w:r>
    </w:p>
    <w:p>
      <w:pPr>
        <w:spacing w:before="200"/>
      </w:pPr>
      <w:r>
        <w:rPr>
          <w:b/>
          <w:sz w:val="26"/>
        </w:rPr>
        <w:t>Cover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Institution</w:t>
            </w:r>
          </w:p>
        </w:tc>
        <w:tc>
          <w:tcPr>
            <w:tcW w:type="dxa" w:w="4320"/>
          </w:tcPr>
          <w:p>
            <w:r>
              <w:t>[institution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Faculty, school or department</w:t>
            </w:r>
          </w:p>
        </w:tc>
        <w:tc>
          <w:tcPr>
            <w:tcW w:type="dxa" w:w="4320"/>
          </w:tcPr>
          <w:p>
            <w:r>
              <w:t>[faculty, school or department]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Qualification or course</w:t>
            </w:r>
          </w:p>
        </w:tc>
        <w:tc>
          <w:tcPr>
            <w:tcW w:type="dxa" w:w="4320"/>
          </w:tcPr>
          <w:p>
            <w:r>
              <w:t>[qualification or course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Research title</w:t>
            </w:r>
          </w:p>
        </w:tc>
        <w:tc>
          <w:tcPr>
            <w:tcW w:type="dxa" w:w="4320"/>
          </w:tcPr>
          <w:p>
            <w:r>
              <w:t>[working title]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Student name</w:t>
            </w:r>
          </w:p>
        </w:tc>
        <w:tc>
          <w:tcPr>
            <w:tcW w:type="dxa" w:w="4320"/>
          </w:tcPr>
          <w:p>
            <w:r>
              <w:t>[full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Student number</w:t>
            </w:r>
          </w:p>
        </w:tc>
        <w:tc>
          <w:tcPr>
            <w:tcW w:type="dxa" w:w="4320"/>
          </w:tcPr>
          <w:p>
            <w:r>
              <w:t>[student number]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Supervisor</w:t>
            </w:r>
          </w:p>
        </w:tc>
        <w:tc>
          <w:tcPr>
            <w:tcW w:type="dxa" w:w="4320"/>
          </w:tcPr>
          <w:p>
            <w:r>
              <w:t>[supervisor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Date submitted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pPr>
        <w:spacing w:before="200"/>
      </w:pPr>
      <w:r>
        <w:rPr>
          <w:b/>
          <w:sz w:val="26"/>
        </w:rPr>
        <w:t>Proposal summary</w:t>
      </w:r>
    </w:p>
    <w:p>
      <w:r>
        <w:t>[Summarise the research problem, aim, method and expected contribution. Complete this section after drafting the proposal.]</w:t>
      </w:r>
    </w:p>
    <w:p>
      <w:pPr>
        <w:spacing w:before="200"/>
      </w:pPr>
      <w:r>
        <w:rPr>
          <w:b/>
          <w:sz w:val="26"/>
        </w:rPr>
        <w:t>Background and research problem</w:t>
      </w:r>
    </w:p>
    <w:p>
      <w:r>
        <w:t>[Introduce the topic and setting. Explain what is known, what remains unclear, and why the issue needs study.]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Research problem</w:t>
            </w:r>
          </w:p>
        </w:tc>
        <w:tc>
          <w:tcPr>
            <w:tcW w:type="dxa" w:w="4320"/>
          </w:tcPr>
          <w:p>
            <w:r>
              <w:t>[state the specific problem]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Study setting</w:t>
            </w:r>
          </w:p>
        </w:tc>
        <w:tc>
          <w:tcPr>
            <w:tcW w:type="dxa" w:w="4320"/>
          </w:tcPr>
          <w:p>
            <w:r>
              <w:t>[describe the relevant place, group or organisation]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Rationale</w:t>
            </w:r>
          </w:p>
        </w:tc>
        <w:tc>
          <w:tcPr>
            <w:tcW w:type="dxa" w:w="4320"/>
          </w:tcPr>
          <w:p>
            <w:r>
              <w:t>[explain why this study is worth doing]</w:t>
            </w:r>
          </w:p>
        </w:tc>
      </w:tr>
    </w:tbl>
    <w:p/>
    <w:p>
      <w:pPr>
        <w:spacing w:before="200"/>
      </w:pPr>
      <w:r>
        <w:rPr>
          <w:b/>
          <w:sz w:val="26"/>
        </w:rPr>
        <w:t>Aim, objectives and research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Research aim</w:t>
            </w:r>
          </w:p>
        </w:tc>
        <w:tc>
          <w:tcPr>
            <w:tcW w:type="dxa" w:w="4320"/>
          </w:tcPr>
          <w:p>
            <w:r>
              <w:t>[state the overall purpose of the study]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Related research question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Intended outcome</w:t>
            </w:r>
          </w:p>
        </w:tc>
      </w:tr>
      <w:tr>
        <w:tc>
          <w:tcPr>
            <w:tcW w:type="dxa" w:w="2880"/>
          </w:tcPr>
          <w:p>
            <w:r>
              <w:t>[example: describe student access to library support]</w:t>
            </w:r>
          </w:p>
        </w:tc>
        <w:tc>
          <w:tcPr>
            <w:tcW w:type="dxa" w:w="2880"/>
          </w:tcPr>
          <w:p>
            <w:r>
              <w:t>[example: how do students find library support?]</w:t>
            </w:r>
          </w:p>
        </w:tc>
        <w:tc>
          <w:tcPr>
            <w:tcW w:type="dxa" w:w="2880"/>
          </w:tcPr>
          <w:p>
            <w:r>
              <w:t>[example: a description of access barriers]</w:t>
            </w:r>
          </w:p>
        </w:tc>
      </w:tr>
      <w:tr>
        <w:tc>
          <w:tcPr>
            <w:tcW w:type="dxa" w:w="2880"/>
          </w:tcPr>
          <w:p>
            <w:r>
              <w:t>[objective]</w:t>
            </w:r>
          </w:p>
        </w:tc>
        <w:tc>
          <w:tcPr>
            <w:tcW w:type="dxa" w:w="2880"/>
          </w:tcPr>
          <w:p>
            <w:r>
              <w:t>[research question]</w:t>
            </w:r>
          </w:p>
        </w:tc>
        <w:tc>
          <w:tcPr>
            <w:tcW w:type="dxa" w:w="2880"/>
          </w:tcPr>
          <w:p>
            <w:r>
              <w:t>[intended outcome]</w:t>
            </w:r>
          </w:p>
        </w:tc>
      </w:tr>
    </w:tbl>
    <w:p/>
    <w:p>
      <w:pPr>
        <w:spacing w:before="200"/>
      </w:pPr>
      <w:r>
        <w:rPr>
          <w:b/>
          <w:sz w:val="26"/>
        </w:rPr>
        <w:t>Literature review</w:t>
      </w:r>
    </w:p>
    <w:p>
      <w:r>
        <w:t>[Discuss relevant research by theme. Compare findings, identify gaps, and show how the sources inform your study.]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Author and year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Main idea or finding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Relevance to this study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Gap or question raised</w:t>
            </w:r>
          </w:p>
        </w:tc>
      </w:tr>
      <w:tr>
        <w:tc>
          <w:tcPr>
            <w:tcW w:type="dxa" w:w="2160"/>
          </w:tcPr>
          <w:p>
            <w:r>
              <w:t>[example: local study on commuter access]</w:t>
            </w:r>
          </w:p>
        </w:tc>
        <w:tc>
          <w:tcPr>
            <w:tcW w:type="dxa" w:w="2160"/>
          </w:tcPr>
          <w:p>
            <w:r>
              <w:t>[example: examines access to public services]</w:t>
            </w:r>
          </w:p>
        </w:tc>
        <w:tc>
          <w:tcPr>
            <w:tcW w:type="dxa" w:w="2160"/>
          </w:tcPr>
          <w:p>
            <w:r>
              <w:t>[example: informs the study setting]</w:t>
            </w:r>
          </w:p>
        </w:tc>
        <w:tc>
          <w:tcPr>
            <w:tcW w:type="dxa" w:w="2160"/>
          </w:tcPr>
          <w:p>
            <w:r>
              <w:t>[example: does not examine student experiences]</w:t>
            </w:r>
          </w:p>
        </w:tc>
      </w:tr>
      <w:tr>
        <w:tc>
          <w:tcPr>
            <w:tcW w:type="dxa" w:w="2160"/>
          </w:tcPr>
          <w:p>
            <w:r>
              <w:t>[author and year]</w:t>
            </w:r>
          </w:p>
        </w:tc>
        <w:tc>
          <w:tcPr>
            <w:tcW w:type="dxa" w:w="2160"/>
          </w:tcPr>
          <w:p>
            <w:r>
              <w:t>[main idea or finding]</w:t>
            </w:r>
          </w:p>
        </w:tc>
        <w:tc>
          <w:tcPr>
            <w:tcW w:type="dxa" w:w="2160"/>
          </w:tcPr>
          <w:p>
            <w:r>
              <w:t>[relevance]</w:t>
            </w:r>
          </w:p>
        </w:tc>
        <w:tc>
          <w:tcPr>
            <w:tcW w:type="dxa" w:w="2160"/>
          </w:tcPr>
          <w:p>
            <w:r>
              <w:t>[gap or question]</w:t>
            </w:r>
          </w:p>
        </w:tc>
      </w:tr>
    </w:tbl>
    <w:p/>
    <w:p>
      <w:pPr>
        <w:spacing w:before="200"/>
      </w:pPr>
      <w:r>
        <w:rPr>
          <w:b/>
          <w:sz w:val="26"/>
        </w:rPr>
        <w:t>Theoretical or conceptual framework</w:t>
      </w:r>
    </w:p>
    <w:p>
      <w:r>
        <w:t>[Name the framework or key concepts guiding the study. Explain how they shape your questions or interpretation.]</w:t>
      </w:r>
    </w:p>
    <w:p>
      <w:pPr>
        <w:spacing w:before="200"/>
      </w:pPr>
      <w:r>
        <w:rPr>
          <w:b/>
          <w:sz w:val="26"/>
        </w:rPr>
        <w:t>Research methodology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Research approach and design</w:t>
            </w:r>
          </w:p>
        </w:tc>
        <w:tc>
          <w:tcPr>
            <w:tcW w:type="dxa" w:w="4320"/>
          </w:tcPr>
          <w:p>
            <w:r>
              <w:t>[describe the approach and design]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Study population or participants</w:t>
            </w:r>
          </w:p>
        </w:tc>
        <w:tc>
          <w:tcPr>
            <w:tcW w:type="dxa" w:w="4320"/>
          </w:tcPr>
          <w:p>
            <w:r>
              <w:t>[identify who or what will be studied]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Sampling and recruitment</w:t>
            </w:r>
          </w:p>
        </w:tc>
        <w:tc>
          <w:tcPr>
            <w:tcW w:type="dxa" w:w="4320"/>
          </w:tcPr>
          <w:p>
            <w:r>
              <w:t>[explain how participants or records will be selected]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Data collection</w:t>
            </w:r>
          </w:p>
        </w:tc>
        <w:tc>
          <w:tcPr>
            <w:tcW w:type="dxa" w:w="4320"/>
          </w:tcPr>
          <w:p>
            <w:r>
              <w:t>[describe the tools and procedure]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Data analysis</w:t>
            </w:r>
          </w:p>
        </w:tc>
        <w:tc>
          <w:tcPr>
            <w:tcW w:type="dxa" w:w="4320"/>
          </w:tcPr>
          <w:p>
            <w:r>
              <w:t>[explain how the information will be analysed]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Research question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Information needed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Collection method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Analysis approach</w:t>
            </w:r>
          </w:p>
        </w:tc>
      </w:tr>
      <w:tr>
        <w:tc>
          <w:tcPr>
            <w:tcW w:type="dxa" w:w="2160"/>
          </w:tcPr>
          <w:p>
            <w:r>
              <w:t>[research question]</w:t>
            </w:r>
          </w:p>
        </w:tc>
        <w:tc>
          <w:tcPr>
            <w:tcW w:type="dxa" w:w="2160"/>
          </w:tcPr>
          <w:p>
            <w:r>
              <w:t>[information needed]</w:t>
            </w:r>
          </w:p>
        </w:tc>
        <w:tc>
          <w:tcPr>
            <w:tcW w:type="dxa" w:w="2160"/>
          </w:tcPr>
          <w:p>
            <w:r>
              <w:t>[example: semi-structured interviews]</w:t>
            </w:r>
          </w:p>
        </w:tc>
        <w:tc>
          <w:tcPr>
            <w:tcW w:type="dxa" w:w="2160"/>
          </w:tcPr>
          <w:p>
            <w:r>
              <w:t>[example: thematic analysis]</w:t>
            </w:r>
          </w:p>
        </w:tc>
      </w:tr>
      <w:tr>
        <w:tc>
          <w:tcPr>
            <w:tcW w:type="dxa" w:w="2160"/>
          </w:tcPr>
          <w:p>
            <w:r>
              <w:t>[research question]</w:t>
            </w:r>
          </w:p>
        </w:tc>
        <w:tc>
          <w:tcPr>
            <w:tcW w:type="dxa" w:w="2160"/>
          </w:tcPr>
          <w:p>
            <w:r>
              <w:t>[information needed]</w:t>
            </w:r>
          </w:p>
        </w:tc>
        <w:tc>
          <w:tcPr>
            <w:tcW w:type="dxa" w:w="2160"/>
          </w:tcPr>
          <w:p>
            <w:r>
              <w:t>[collection method]</w:t>
            </w:r>
          </w:p>
        </w:tc>
        <w:tc>
          <w:tcPr>
            <w:tcW w:type="dxa" w:w="2160"/>
          </w:tcPr>
          <w:p>
            <w:r>
              <w:t>[analysis approach]</w:t>
            </w:r>
          </w:p>
        </w:tc>
      </w:tr>
    </w:tbl>
    <w:p/>
    <w:p>
      <w:pPr>
        <w:spacing w:before="200"/>
      </w:pPr>
      <w:r>
        <w:rPr>
          <w:b/>
          <w:sz w:val="26"/>
        </w:rPr>
        <w:t>Ethics</w:t>
      </w:r>
    </w:p>
    <w:p>
      <w:r>
        <w:t>[Describe how you will seek any required institutional review, explain the study to participants, obtain consent, protect privacy, and store information securely.]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Possible risks and how you will address them</w:t>
            </w:r>
          </w:p>
        </w:tc>
        <w:tc>
          <w:tcPr>
            <w:tcW w:type="dxa" w:w="4320"/>
          </w:tcPr>
          <w:p>
            <w:r>
              <w:t>[describe risks and safeguards]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Consent process</w:t>
            </w:r>
          </w:p>
        </w:tc>
        <w:tc>
          <w:tcPr>
            <w:tcW w:type="dxa" w:w="4320"/>
          </w:tcPr>
          <w:p>
            <w:r>
              <w:t>[explain how consent will be requested]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Privacy and information storage</w:t>
            </w:r>
          </w:p>
        </w:tc>
        <w:tc>
          <w:tcPr>
            <w:tcW w:type="dxa" w:w="4320"/>
          </w:tcPr>
          <w:p>
            <w:r>
              <w:t>[explain how information will be protected]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Ethics review status</w:t>
            </w:r>
          </w:p>
        </w:tc>
        <w:tc>
          <w:tcPr>
            <w:tcW w:type="dxa" w:w="4320"/>
          </w:tcPr>
          <w:p>
            <w:r>
              <w:t>[state the review required or current status]</w:t>
            </w:r>
          </w:p>
        </w:tc>
      </w:tr>
    </w:tbl>
    <w:p/>
    <w:p>
      <w:r>
        <w:rPr>
          <w:i/>
          <w:sz w:val="19"/>
        </w:rPr>
        <w:t>Ask your supervisor or institution’s research ethics office whether review is needed before recruitment or data collection.</w:t>
      </w:r>
    </w:p>
    <w:p>
      <w:pPr>
        <w:spacing w:before="200"/>
      </w:pPr>
      <w:r>
        <w:rPr>
          <w:b/>
          <w:sz w:val="26"/>
        </w:rPr>
        <w:t>Scope, limitations and delimitations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4320"/>
          </w:tcPr>
          <w:p>
            <w:r>
              <w:t>[state what the study covers]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Limitations</w:t>
            </w:r>
          </w:p>
        </w:tc>
        <w:tc>
          <w:tcPr>
            <w:tcW w:type="dxa" w:w="4320"/>
          </w:tcPr>
          <w:p>
            <w:r>
              <w:t>[describe factors that may affect the study]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Delimitations</w:t>
            </w:r>
          </w:p>
        </w:tc>
        <w:tc>
          <w:tcPr>
            <w:tcW w:type="dxa" w:w="4320"/>
          </w:tcPr>
          <w:p>
            <w:r>
              <w:t>[state boundaries you have chosen for the study]</w:t>
            </w:r>
          </w:p>
        </w:tc>
      </w:tr>
    </w:tbl>
    <w:p/>
    <w:p>
      <w:pPr>
        <w:spacing w:before="200"/>
      </w:pPr>
      <w:r>
        <w:rPr>
          <w:b/>
          <w:sz w:val="26"/>
        </w:rPr>
        <w:t>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Planned start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Planned finish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Expected output</w:t>
            </w:r>
          </w:p>
        </w:tc>
      </w:tr>
      <w:tr>
        <w:tc>
          <w:tcPr>
            <w:tcW w:type="dxa" w:w="2160"/>
          </w:tcPr>
          <w:p>
            <w:r>
              <w:t>[example: refine research questions]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[example: revised questions]</w:t>
            </w:r>
          </w:p>
        </w:tc>
      </w:tr>
      <w:tr>
        <w:tc>
          <w:tcPr>
            <w:tcW w:type="dxa" w:w="2160"/>
          </w:tcPr>
          <w:p>
            <w:r>
              <w:t>[example: collect information]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[example: collected information]</w:t>
            </w:r>
          </w:p>
        </w:tc>
      </w:tr>
      <w:tr>
        <w:tc>
          <w:tcPr>
            <w:tcW w:type="dxa" w:w="2160"/>
          </w:tcPr>
          <w:p>
            <w:r>
              <w:t>[task]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[expected output]</w:t>
            </w:r>
          </w:p>
        </w:tc>
      </w:tr>
    </w:tbl>
    <w:p/>
    <w:p>
      <w:pPr>
        <w:spacing w:before="200"/>
      </w:pPr>
      <w:r>
        <w:rPr>
          <w:b/>
          <w:sz w:val="26"/>
        </w:rPr>
        <w:t>Resources or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Item or resource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Estimated cost in rand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Funding source</w:t>
            </w:r>
          </w:p>
        </w:tc>
      </w:tr>
      <w:tr>
        <w:tc>
          <w:tcPr>
            <w:tcW w:type="dxa" w:w="2160"/>
          </w:tcPr>
          <w:p>
            <w:r>
              <w:t>[example: local travel]</w:t>
            </w:r>
          </w:p>
        </w:tc>
        <w:tc>
          <w:tcPr>
            <w:tcW w:type="dxa" w:w="2160"/>
          </w:tcPr>
          <w:p>
            <w:r>
              <w:t>[example: attend interviews]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  <w:tc>
          <w:tcPr>
            <w:tcW w:type="dxa" w:w="2160"/>
          </w:tcPr>
          <w:p>
            <w:r>
              <w:t>[example: personal funds]</w:t>
            </w:r>
          </w:p>
        </w:tc>
      </w:tr>
      <w:tr>
        <w:tc>
          <w:tcPr>
            <w:tcW w:type="dxa" w:w="2160"/>
          </w:tcPr>
          <w:p>
            <w:r>
              <w:t>[item or resource]</w:t>
            </w:r>
          </w:p>
        </w:tc>
        <w:tc>
          <w:tcPr>
            <w:tcW w:type="dxa" w:w="2160"/>
          </w:tcPr>
          <w:p>
            <w:r>
              <w:t>[purpose]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  <w:tc>
          <w:tcPr>
            <w:tcW w:type="dxa" w:w="2160"/>
          </w:tcPr>
          <w:p>
            <w:r>
              <w:t>[funding source]</w:t>
            </w:r>
          </w:p>
        </w:tc>
      </w:tr>
    </w:tbl>
    <w:p/>
    <w:p>
      <w:pPr>
        <w:spacing w:before="200"/>
      </w:pPr>
      <w:r>
        <w:rPr>
          <w:b/>
          <w:sz w:val="26"/>
        </w:rPr>
        <w:t>References</w:t>
      </w:r>
    </w:p>
    <w:p>
      <w:r>
        <w:t>[List every source cited in the proposal using your institution’s required referencing style.]</w:t>
      </w:r>
    </w:p>
    <w:p>
      <w:pPr>
        <w:pStyle w:val="ListBullet"/>
      </w:pPr>
      <w:r>
        <w:t>[author surname, initials, year, title, publication details]</w:t>
      </w:r>
    </w:p>
    <w:p>
      <w:pPr>
        <w:pStyle w:val="ListBullet"/>
      </w:pPr>
      <w:r>
        <w:t>[author surname, initials, year, title, publication details]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Referencing style required</w:t>
            </w:r>
          </w:p>
        </w:tc>
        <w:tc>
          <w:tcPr>
            <w:tcW w:type="dxa" w:w="4320"/>
          </w:tcPr>
          <w:p>
            <w:r>
              <w:t>[style name]</w:t>
            </w:r>
          </w:p>
        </w:tc>
      </w:tr>
    </w:tbl>
    <w:p/>
    <w:p>
      <w:pPr>
        <w:spacing w:before="200"/>
      </w:pPr>
      <w:r>
        <w:rPr>
          <w:b/>
          <w:sz w:val="26"/>
        </w:rPr>
        <w:t>Appendices</w:t>
      </w:r>
    </w:p>
    <w:p>
      <w:pPr>
        <w:pStyle w:val="ListBullet"/>
      </w:pPr>
      <w:r>
        <w:t>[example: draft interview guide]</w:t>
      </w:r>
    </w:p>
    <w:p>
      <w:pPr>
        <w:pStyle w:val="ListBullet"/>
      </w:pPr>
      <w:r>
        <w:t>[example: participant information sheet]</w:t>
      </w:r>
    </w:p>
    <w:p>
      <w:pPr>
        <w:pStyle w:val="ListBullet"/>
      </w:pPr>
      <w:r>
        <w:t>[additional supporting document]</w:t>
      </w:r>
    </w:p>
    <w:p>
      <w:pPr>
        <w:spacing w:before="200"/>
      </w:pPr>
      <w:r>
        <w:rPr>
          <w:b/>
          <w:sz w:val="26"/>
        </w:rPr>
        <w:t>Sign-off, if required</w:t>
      </w:r>
    </w:p>
    <w:p>
      <w:pPr>
        <w:spacing w:before="360"/>
      </w:pPr>
      <w:r>
        <w:t>_______________________________     Date: ______________</w:t>
        <w:br/>
        <w:t>Student name: [full name]</w:t>
      </w:r>
    </w:p>
    <w:p>
      <w:pPr>
        <w:spacing w:before="360"/>
      </w:pPr>
      <w:r>
        <w:t>_______________________________     Date: ______________</w:t>
        <w:br/>
        <w:t>Student signature: [signature]</w:t>
      </w:r>
    </w:p>
    <w:p>
      <w:pPr>
        <w:spacing w:before="360"/>
      </w:pPr>
      <w:r>
        <w:t>_______________________________     Date: ______________</w:t>
        <w:br/>
        <w:t>Date: [date]</w:t>
      </w:r>
    </w:p>
    <w:p>
      <w:pPr>
        <w:spacing w:before="360"/>
      </w:pPr>
      <w:r>
        <w:t>_______________________________     Date: ______________</w:t>
        <w:br/>
        <w:t>Supervisor name: [supervisor name]</w:t>
      </w:r>
    </w:p>
    <w:p>
      <w:pPr>
        <w:spacing w:before="360"/>
      </w:pPr>
      <w:r>
        <w:t>_______________________________     Date: ______________</w:t>
        <w:br/>
        <w:t>Supervisor signature: [signature]</w:t>
      </w:r>
    </w:p>
    <w:p>
      <w:pPr>
        <w:spacing w:before="360"/>
      </w:pPr>
      <w:r>
        <w:t>_______________________________     Date: ______________</w:t>
        <w:br/>
        <w:t>Date: [date]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